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4A77B" w14:textId="77777777" w:rsidR="00FF7061" w:rsidRDefault="00FF7061">
      <w:pPr>
        <w:autoSpaceDE w:val="0"/>
        <w:autoSpaceDN w:val="0"/>
        <w:spacing w:after="78" w:line="220" w:lineRule="exact"/>
      </w:pPr>
    </w:p>
    <w:p w14:paraId="58F9A287" w14:textId="77777777" w:rsidR="007079B2" w:rsidRPr="007079B2" w:rsidRDefault="007079B2" w:rsidP="007079B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_GoBack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BDCF2ED" w14:textId="77777777" w:rsidR="007079B2" w:rsidRPr="007079B2" w:rsidRDefault="007079B2" w:rsidP="007079B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1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14:paraId="666075CA" w14:textId="77777777" w:rsidR="007079B2" w:rsidRPr="007079B2" w:rsidRDefault="007079B2" w:rsidP="007079B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2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7079B2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1D93C4CA" w14:textId="1E306C2E" w:rsidR="007079B2" w:rsidRPr="007079B2" w:rsidRDefault="007079B2" w:rsidP="007079B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МКОУ Сортавальского муниципального района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РК СОШ № 6</w:t>
      </w:r>
    </w:p>
    <w:p w14:paraId="48F13D45" w14:textId="77777777" w:rsidR="007079B2" w:rsidRPr="007079B2" w:rsidRDefault="007079B2" w:rsidP="007079B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9C84945" w14:textId="77777777" w:rsidR="007079B2" w:rsidRPr="007079B2" w:rsidRDefault="007079B2" w:rsidP="007079B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3AFC7AA" w14:textId="77777777" w:rsidR="007079B2" w:rsidRPr="007079B2" w:rsidRDefault="007079B2" w:rsidP="007079B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98B984D" w14:textId="77777777" w:rsidR="007079B2" w:rsidRPr="007079B2" w:rsidRDefault="007079B2" w:rsidP="007079B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079B2" w:rsidRPr="007079B2" w14:paraId="1ED431A1" w14:textId="77777777" w:rsidTr="008F227A">
        <w:tc>
          <w:tcPr>
            <w:tcW w:w="3114" w:type="dxa"/>
          </w:tcPr>
          <w:p w14:paraId="0B5EB01F" w14:textId="77777777" w:rsidR="007079B2" w:rsidRPr="007079B2" w:rsidRDefault="007079B2" w:rsidP="007079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A974930" w14:textId="77777777" w:rsidR="007079B2" w:rsidRPr="007079B2" w:rsidRDefault="007079B2" w:rsidP="007079B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14:paraId="28DF8B8F" w14:textId="77777777" w:rsidR="007079B2" w:rsidRPr="007079B2" w:rsidRDefault="007079B2" w:rsidP="00707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2F9AD9D" w14:textId="16F3B340" w:rsidR="007079B2" w:rsidRPr="007079B2" w:rsidRDefault="007079B2" w:rsidP="00707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Нестеренко М.А</w:t>
            </w: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F863082" w14:textId="77777777" w:rsidR="007079B2" w:rsidRPr="007079B2" w:rsidRDefault="007079B2" w:rsidP="00707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Протокол№ от «...» ...</w:t>
            </w: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39FFC837" w14:textId="77777777" w:rsidR="007079B2" w:rsidRPr="007079B2" w:rsidRDefault="007079B2" w:rsidP="00707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4B0A96B" w14:textId="77777777" w:rsidR="007079B2" w:rsidRPr="007079B2" w:rsidRDefault="007079B2" w:rsidP="007079B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86033A2" w14:textId="77777777" w:rsidR="007079B2" w:rsidRPr="007079B2" w:rsidRDefault="007079B2" w:rsidP="007079B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0DA98574" w14:textId="77777777" w:rsidR="007079B2" w:rsidRPr="007079B2" w:rsidRDefault="007079B2" w:rsidP="00707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715E13" w14:textId="77777777" w:rsidR="007079B2" w:rsidRPr="007079B2" w:rsidRDefault="007079B2" w:rsidP="00707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14:paraId="0732DBD1" w14:textId="77777777" w:rsidR="007079B2" w:rsidRPr="007079B2" w:rsidRDefault="007079B2" w:rsidP="00707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... от «..» ....   2023 г.</w:t>
            </w:r>
          </w:p>
          <w:p w14:paraId="45279D65" w14:textId="77777777" w:rsidR="007079B2" w:rsidRPr="007079B2" w:rsidRDefault="007079B2" w:rsidP="00707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BCDF593" w14:textId="77777777" w:rsidR="007079B2" w:rsidRPr="007079B2" w:rsidRDefault="007079B2" w:rsidP="007079B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752BFA0" w14:textId="77777777" w:rsidR="007079B2" w:rsidRPr="007079B2" w:rsidRDefault="007079B2" w:rsidP="007079B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МКОУ СМР РК СОШ№6</w:t>
            </w:r>
          </w:p>
          <w:p w14:paraId="4C8E31F2" w14:textId="77777777" w:rsidR="007079B2" w:rsidRPr="007079B2" w:rsidRDefault="007079B2" w:rsidP="00707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1EDC12" w14:textId="77777777" w:rsidR="007079B2" w:rsidRPr="007079B2" w:rsidRDefault="007079B2" w:rsidP="00707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14:paraId="68ED5921" w14:textId="77777777" w:rsidR="007079B2" w:rsidRPr="007079B2" w:rsidRDefault="007079B2" w:rsidP="00707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.. от «..» ..   2023 г.</w:t>
            </w:r>
          </w:p>
          <w:p w14:paraId="748148D6" w14:textId="77777777" w:rsidR="007079B2" w:rsidRPr="007079B2" w:rsidRDefault="007079B2" w:rsidP="00707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bookmarkEnd w:id="0"/>
    <w:p w14:paraId="3AEF87FA" w14:textId="61E64124" w:rsidR="00FF7061" w:rsidRPr="00832D25" w:rsidRDefault="00791859">
      <w:pPr>
        <w:autoSpaceDE w:val="0"/>
        <w:autoSpaceDN w:val="0"/>
        <w:spacing w:before="978" w:after="0" w:line="262" w:lineRule="auto"/>
        <w:ind w:left="3744" w:right="3600"/>
        <w:jc w:val="center"/>
        <w:rPr>
          <w:lang w:val="ru-RU"/>
        </w:rPr>
      </w:pPr>
      <w:r w:rsidRPr="00832D2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832D25">
        <w:rPr>
          <w:lang w:val="ru-RU"/>
        </w:rPr>
        <w:br/>
      </w:r>
    </w:p>
    <w:p w14:paraId="1240427D" w14:textId="77777777" w:rsidR="00FF7061" w:rsidRPr="00791859" w:rsidRDefault="00791859">
      <w:pPr>
        <w:autoSpaceDE w:val="0"/>
        <w:autoSpaceDN w:val="0"/>
        <w:spacing w:before="166" w:after="0" w:line="262" w:lineRule="auto"/>
        <w:ind w:left="2160" w:right="1872"/>
        <w:jc w:val="center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учебного курса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«Основы духовно-нравственной культуры народов России»</w:t>
      </w:r>
    </w:p>
    <w:p w14:paraId="46435F85" w14:textId="200CF97C" w:rsidR="00FF7061" w:rsidRPr="00791859" w:rsidRDefault="00791859">
      <w:pPr>
        <w:autoSpaceDE w:val="0"/>
        <w:autoSpaceDN w:val="0"/>
        <w:spacing w:before="670" w:after="0" w:line="262" w:lineRule="auto"/>
        <w:ind w:left="3024" w:right="2592"/>
        <w:jc w:val="center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791859">
        <w:rPr>
          <w:lang w:val="ru-RU"/>
        </w:rPr>
        <w:br/>
      </w:r>
      <w:r w:rsidR="00832D25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14:paraId="21B44E4E" w14:textId="6A0B59B0" w:rsidR="00FF7061" w:rsidRPr="00791859" w:rsidRDefault="00791859">
      <w:pPr>
        <w:autoSpaceDE w:val="0"/>
        <w:autoSpaceDN w:val="0"/>
        <w:spacing w:before="2112" w:after="0" w:line="262" w:lineRule="auto"/>
        <w:ind w:left="6626" w:hanging="7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Состави</w:t>
      </w:r>
      <w:r w:rsidR="00832D25">
        <w:rPr>
          <w:rFonts w:ascii="Times New Roman" w:eastAsia="Times New Roman" w:hAnsi="Times New Roman"/>
          <w:color w:val="000000"/>
          <w:sz w:val="24"/>
          <w:lang w:val="ru-RU"/>
        </w:rPr>
        <w:t>тель: Слепченко Татьяна Александровна</w:t>
      </w:r>
    </w:p>
    <w:p w14:paraId="1FD84746" w14:textId="40003E92" w:rsidR="00791859" w:rsidRPr="00791859" w:rsidRDefault="00791859" w:rsidP="00832D2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D2CC9C6" w14:textId="745FF7A7" w:rsidR="00791859" w:rsidRPr="00791859" w:rsidRDefault="00832D25" w:rsidP="007918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791859" w:rsidRPr="00791859" w:rsidSect="00791859">
          <w:pgSz w:w="11900" w:h="16840"/>
          <w:pgMar w:top="298" w:right="882" w:bottom="851" w:left="738" w:header="720" w:footer="720" w:gutter="0"/>
          <w:cols w:space="720" w:equalWidth="0">
            <w:col w:w="10280" w:space="0"/>
          </w:cols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="00791859" w:rsidRPr="0079185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14:paraId="5A4576B0" w14:textId="77777777" w:rsidR="00FF7061" w:rsidRPr="00791859" w:rsidRDefault="00FF7061">
      <w:pPr>
        <w:autoSpaceDE w:val="0"/>
        <w:autoSpaceDN w:val="0"/>
        <w:spacing w:after="78" w:line="220" w:lineRule="exact"/>
        <w:rPr>
          <w:lang w:val="ru-RU"/>
        </w:rPr>
      </w:pPr>
    </w:p>
    <w:p w14:paraId="10AE65A4" w14:textId="77777777" w:rsidR="00FF7061" w:rsidRPr="00791859" w:rsidRDefault="00791859">
      <w:pPr>
        <w:autoSpaceDE w:val="0"/>
        <w:autoSpaceDN w:val="0"/>
        <w:spacing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0D7E0E76" w14:textId="77777777" w:rsidR="00FF7061" w:rsidRPr="00791859" w:rsidRDefault="00791859">
      <w:pPr>
        <w:autoSpaceDE w:val="0"/>
        <w:autoSpaceDN w:val="0"/>
        <w:spacing w:before="346" w:after="0" w:line="262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«ОСНОВЫ ДУХОВНО-НРАВСТВЕННОЙ КУЛЬТУРЫ НАРОДОВ РОССИИ»</w:t>
      </w:r>
    </w:p>
    <w:p w14:paraId="37FD7C17" w14:textId="37E95369" w:rsidR="00FF7061" w:rsidRPr="00791859" w:rsidRDefault="00791859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Программа по предметной области «Основы духовно-нравственной культуры народов России»(далее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ОДНКНР) для 5 классов образовательных организаций составлена в соответствии с: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к результатам освоения программы основного общего образования (личностным, метапредметным, предметным);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128E532D" w14:textId="77777777" w:rsidR="00FF7061" w:rsidRPr="00791859" w:rsidRDefault="00791859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7919B07F" w14:textId="77777777" w:rsidR="00FF7061" w:rsidRPr="00791859" w:rsidRDefault="00791859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6994FF74" w14:textId="77777777" w:rsidR="00FF7061" w:rsidRPr="00791859" w:rsidRDefault="00791859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14190725" w14:textId="77777777" w:rsidR="00FF7061" w:rsidRPr="00791859" w:rsidRDefault="00791859">
      <w:pPr>
        <w:autoSpaceDE w:val="0"/>
        <w:autoSpaceDN w:val="0"/>
        <w:spacing w:before="70" w:after="0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Центральная идея гражданской идентичности — образ будущего нашей страны, который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формируется с учётом национальных и стратегических приоритетов российского общества,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1F33CF8A" w14:textId="77777777" w:rsidR="00FF7061" w:rsidRPr="00791859" w:rsidRDefault="00791859">
      <w:pPr>
        <w:autoSpaceDE w:val="0"/>
        <w:autoSpaceDN w:val="0"/>
        <w:spacing w:before="70" w:after="0" w:line="283" w:lineRule="auto"/>
        <w:ind w:right="432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21ADA458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D869B30" w14:textId="77777777" w:rsidR="00FF7061" w:rsidRPr="00791859" w:rsidRDefault="00FF7061">
      <w:pPr>
        <w:autoSpaceDE w:val="0"/>
        <w:autoSpaceDN w:val="0"/>
        <w:spacing w:after="78" w:line="220" w:lineRule="exact"/>
        <w:rPr>
          <w:lang w:val="ru-RU"/>
        </w:rPr>
      </w:pPr>
    </w:p>
    <w:p w14:paraId="4FFC4466" w14:textId="77777777" w:rsidR="00FF7061" w:rsidRPr="00791859" w:rsidRDefault="00791859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Не менее важно отметить, что данный курс формируется и преподаётся в соответствии с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14:paraId="1BD8CD3B" w14:textId="77777777" w:rsidR="00FF7061" w:rsidRPr="00791859" w:rsidRDefault="00791859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6746118B" w14:textId="77777777" w:rsidR="00FF7061" w:rsidRPr="00791859" w:rsidRDefault="0079185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061BFBC8" w14:textId="77777777" w:rsidR="00FF7061" w:rsidRPr="00791859" w:rsidRDefault="00791859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 курса представлен через актуализацию макроуровня (Россия в целом как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многонациональное, поликонфессиональное государство, с едиными для всех законами,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7A96EBEA" w14:textId="77777777" w:rsidR="00FF7061" w:rsidRPr="00791859" w:rsidRDefault="0079185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культурологичности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0AE55C0F" w14:textId="77777777" w:rsidR="00FF7061" w:rsidRPr="00791859" w:rsidRDefault="00791859">
      <w:pPr>
        <w:autoSpaceDE w:val="0"/>
        <w:autoSpaceDN w:val="0"/>
        <w:spacing w:before="70" w:after="0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научности подходов и содержания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14:paraId="1C095C3B" w14:textId="77777777" w:rsidR="00FF7061" w:rsidRPr="00791859" w:rsidRDefault="00791859">
      <w:pPr>
        <w:autoSpaceDE w:val="0"/>
        <w:autoSpaceDN w:val="0"/>
        <w:spacing w:before="70" w:after="0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соответствия требованиям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2E24006D" w14:textId="77777777" w:rsidR="00FF7061" w:rsidRPr="00791859" w:rsidRDefault="0079185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формирования гражданского самосознания и общероссийской гражданской идентичности 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363129E5" w14:textId="77777777" w:rsidR="00FF7061" w:rsidRPr="00791859" w:rsidRDefault="00791859">
      <w:pPr>
        <w:autoSpaceDE w:val="0"/>
        <w:autoSpaceDN w:val="0"/>
        <w:spacing w:before="264" w:after="0" w:line="262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КУРСА «ОСНОВЫ ДУХОВНО-НРАВСТВЕННОЙ КУЛЬТУРЫ НАРОДОВ РОССИИ»</w:t>
      </w:r>
    </w:p>
    <w:p w14:paraId="1720F6EF" w14:textId="77777777" w:rsidR="00FF7061" w:rsidRPr="00791859" w:rsidRDefault="00791859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курса являются:</w:t>
      </w:r>
    </w:p>
    <w:p w14:paraId="66ADDFE6" w14:textId="77777777" w:rsidR="00FF7061" w:rsidRPr="00791859" w:rsidRDefault="00791859">
      <w:pPr>
        <w:autoSpaceDE w:val="0"/>
        <w:autoSpaceDN w:val="0"/>
        <w:spacing w:before="178" w:after="0"/>
        <w:ind w:left="42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377379C9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6413D7D4" w14:textId="77777777" w:rsidR="00FF7061" w:rsidRPr="00791859" w:rsidRDefault="0079185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сохранение уважения к ценностям и убеждениям представителей разных</w:t>
      </w:r>
    </w:p>
    <w:p w14:paraId="684BC89D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98" w:right="654" w:bottom="398" w:left="666" w:header="720" w:footer="720" w:gutter="0"/>
          <w:cols w:space="720" w:equalWidth="0">
            <w:col w:w="10580" w:space="0"/>
          </w:cols>
          <w:docGrid w:linePitch="360"/>
        </w:sectPr>
      </w:pPr>
    </w:p>
    <w:p w14:paraId="3E5C1EC1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6F14A548" w14:textId="77777777" w:rsidR="00FF7061" w:rsidRPr="00791859" w:rsidRDefault="00791859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0615ACD4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0893E343" w14:textId="77777777" w:rsidR="00FF7061" w:rsidRPr="00791859" w:rsidRDefault="0079185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курса определяют следующие </w:t>
      </w: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14:paraId="2C823531" w14:textId="77777777" w:rsidR="00FF7061" w:rsidRPr="00791859" w:rsidRDefault="00791859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1A3F66F4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0D5D636E" w14:textId="77777777" w:rsidR="00FF7061" w:rsidRPr="00791859" w:rsidRDefault="00791859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52BC1CB2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15A5B92D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11BDA507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3370C16E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07B9622B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6DF7D0DA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5714351A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3D4614AA" w14:textId="77777777" w:rsidR="00FF7061" w:rsidRPr="00791859" w:rsidRDefault="00791859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44939F04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6E482D73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62047C2D" w14:textId="77777777" w:rsidR="00FF7061" w:rsidRPr="00791859" w:rsidRDefault="0079185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воспитанию патриотизма; уважения к истории, языку, культурным и религиозным традициям</w:t>
      </w:r>
    </w:p>
    <w:p w14:paraId="611CBDA9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14:paraId="26A4EB24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1FDD8964" w14:textId="77777777" w:rsidR="00FF7061" w:rsidRPr="00791859" w:rsidRDefault="00791859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10EC757B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A63B358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3DE411A2" w14:textId="77777777" w:rsidR="00FF7061" w:rsidRPr="00791859" w:rsidRDefault="00791859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71854572" w14:textId="77777777" w:rsidR="00FF7061" w:rsidRPr="00791859" w:rsidRDefault="00791859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0C61F33" w14:textId="77777777" w:rsidR="00FF7061" w:rsidRPr="00791859" w:rsidRDefault="00791859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6BA7B9DF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1C9291C1" w14:textId="77777777" w:rsidR="00FF7061" w:rsidRPr="00791859" w:rsidRDefault="00791859">
      <w:pPr>
        <w:autoSpaceDE w:val="0"/>
        <w:autoSpaceDN w:val="0"/>
        <w:spacing w:before="322" w:after="0" w:line="262" w:lineRule="auto"/>
        <w:ind w:right="1008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«ОСНОВЫ ДУХОВНО-НРАВСТВЕННОЙ КУЛЬТУРЫ НАРОДОВ РОССИИ» В УЧЕБНОМ ПЛАНЕ</w:t>
      </w:r>
    </w:p>
    <w:p w14:paraId="3DEE68C3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Учебный курс "Основы духовно-нравственной культуры народов России" изучается в 5 классе не менее одного часа в неделе, общий объем составляет 34 часа.</w:t>
      </w:r>
    </w:p>
    <w:p w14:paraId="7E35DDE6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736" w:bottom="1440" w:left="666" w:header="720" w:footer="720" w:gutter="0"/>
          <w:cols w:space="720" w:equalWidth="0">
            <w:col w:w="10498" w:space="0"/>
          </w:cols>
          <w:docGrid w:linePitch="360"/>
        </w:sectPr>
      </w:pPr>
    </w:p>
    <w:p w14:paraId="738EB152" w14:textId="77777777" w:rsidR="00FF7061" w:rsidRPr="00791859" w:rsidRDefault="00FF7061">
      <w:pPr>
        <w:autoSpaceDE w:val="0"/>
        <w:autoSpaceDN w:val="0"/>
        <w:spacing w:after="78" w:line="220" w:lineRule="exact"/>
        <w:rPr>
          <w:lang w:val="ru-RU"/>
        </w:rPr>
      </w:pPr>
    </w:p>
    <w:p w14:paraId="44357EDD" w14:textId="77777777" w:rsidR="00FF7061" w:rsidRPr="00791859" w:rsidRDefault="00791859">
      <w:pPr>
        <w:autoSpaceDE w:val="0"/>
        <w:autoSpaceDN w:val="0"/>
        <w:spacing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</w:t>
      </w:r>
    </w:p>
    <w:p w14:paraId="5350C9AA" w14:textId="77777777" w:rsidR="00FF7061" w:rsidRPr="00791859" w:rsidRDefault="00791859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</w:t>
      </w:r>
    </w:p>
    <w:p w14:paraId="5D554F61" w14:textId="77777777" w:rsidR="00FF7061" w:rsidRPr="00791859" w:rsidRDefault="00791859">
      <w:pPr>
        <w:autoSpaceDE w:val="0"/>
        <w:autoSpaceDN w:val="0"/>
        <w:spacing w:before="70" w:after="0" w:line="262" w:lineRule="auto"/>
        <w:ind w:left="180" w:right="129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«Россия — наш общий дом»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1. Зачем изучать курс «Основы духовно-нравственной культуры народов России»?</w:t>
      </w:r>
    </w:p>
    <w:p w14:paraId="2CD3272A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2. Наш дом — Россия.</w:t>
      </w:r>
    </w:p>
    <w:p w14:paraId="3B923174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14:paraId="727FF5A5" w14:textId="77777777" w:rsidR="00FF7061" w:rsidRPr="00791859" w:rsidRDefault="00791859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3. Язык и история.</w:t>
      </w:r>
    </w:p>
    <w:p w14:paraId="31FFB839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3A4B3128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4. Русский язык — язык общения и язык возможностей.</w:t>
      </w:r>
    </w:p>
    <w:p w14:paraId="71A9AC30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Русский язык —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</w:t>
      </w:r>
    </w:p>
    <w:p w14:paraId="153F936B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Важность общего языка для всех народов России. Возможности, которые даёт русский язык.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5. Истоки родной культуры.</w:t>
      </w:r>
    </w:p>
    <w:p w14:paraId="43072B97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052010C8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6. Материальная культура.</w:t>
      </w:r>
    </w:p>
    <w:p w14:paraId="3A3082BA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14:paraId="7213EAA4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7. Духовная культура.</w:t>
      </w:r>
    </w:p>
    <w:p w14:paraId="011D83F4" w14:textId="77777777" w:rsidR="00FF7061" w:rsidRPr="00791859" w:rsidRDefault="00791859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Духовно-нравственная культура. Искусство, наука, духовность. Мораль, нравственность, ценности.</w:t>
      </w:r>
    </w:p>
    <w:p w14:paraId="645BCA2E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Художественное осмысление мира. Символ и знак. Духовная культура как реализация ценностей.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8. Культура и религия.</w:t>
      </w:r>
    </w:p>
    <w:p w14:paraId="30683CCD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Религия и культура. Что такое религия, её роль в жизни общества и человека.</w:t>
      </w:r>
    </w:p>
    <w:p w14:paraId="29F14D9B" w14:textId="77777777" w:rsidR="00FF7061" w:rsidRPr="00791859" w:rsidRDefault="00791859">
      <w:pPr>
        <w:autoSpaceDE w:val="0"/>
        <w:autoSpaceDN w:val="0"/>
        <w:spacing w:before="70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Государствообразующие религии России. Единство ценностей в религиях России.</w:t>
      </w:r>
    </w:p>
    <w:p w14:paraId="293AF193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9. Культура и образование.</w:t>
      </w:r>
    </w:p>
    <w:p w14:paraId="55526C11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14:paraId="5608B5F2" w14:textId="77777777" w:rsidR="00FF7061" w:rsidRPr="00791859" w:rsidRDefault="00791859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10. Многообразие культур России (практическое занятие).</w:t>
      </w:r>
    </w:p>
    <w:p w14:paraId="2738E2BA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14:paraId="4C5EBCEE" w14:textId="77777777" w:rsidR="00FF7061" w:rsidRPr="00791859" w:rsidRDefault="0079185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</w:t>
      </w:r>
    </w:p>
    <w:p w14:paraId="6982DB9D" w14:textId="77777777" w:rsidR="00FF7061" w:rsidRPr="00791859" w:rsidRDefault="00791859">
      <w:pPr>
        <w:autoSpaceDE w:val="0"/>
        <w:autoSpaceDN w:val="0"/>
        <w:spacing w:before="70" w:after="0" w:line="262" w:lineRule="auto"/>
        <w:ind w:left="180" w:right="5184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«Семья и духовно-нравственные ценности»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11. Семья — хранитель духовных ценностей.</w:t>
      </w:r>
    </w:p>
    <w:p w14:paraId="5C2FF81D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374E67D2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12. Родина начинается с семьи.</w:t>
      </w:r>
    </w:p>
    <w:p w14:paraId="55F1C3B9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36EE6148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13. Традиции семейного воспитания в России.</w:t>
      </w:r>
    </w:p>
    <w:p w14:paraId="7216CF29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Семейные традиции народов России. Межнациональные семьи. Семейное воспитание как</w:t>
      </w:r>
    </w:p>
    <w:p w14:paraId="70164716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1B2061D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45A14866" w14:textId="77777777" w:rsidR="00FF7061" w:rsidRPr="00791859" w:rsidRDefault="00791859">
      <w:pPr>
        <w:autoSpaceDE w:val="0"/>
        <w:autoSpaceDN w:val="0"/>
        <w:spacing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трансляция ценностей.</w:t>
      </w:r>
    </w:p>
    <w:p w14:paraId="57633DEE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14. Образ семьи в культуре народов России.</w:t>
      </w:r>
    </w:p>
    <w:p w14:paraId="154BBB3D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14:paraId="155ADC98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15. Труд в истории семьи.</w:t>
      </w:r>
    </w:p>
    <w:p w14:paraId="59CD66FE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Социальные роли в истории семьи. Роль домашнего труда. Роль нравственных норм в благополучии семьи.</w:t>
      </w:r>
    </w:p>
    <w:p w14:paraId="37F50BD2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16. Семья в современном мире (практическое занятие).</w:t>
      </w:r>
    </w:p>
    <w:p w14:paraId="4ED34032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Рассказ о своей семье (с использованием фотографий, книг, писем и др.). Семейное древо.</w:t>
      </w:r>
    </w:p>
    <w:p w14:paraId="19528DE4" w14:textId="77777777" w:rsidR="00FF7061" w:rsidRPr="00791859" w:rsidRDefault="00791859">
      <w:pPr>
        <w:autoSpaceDE w:val="0"/>
        <w:autoSpaceDN w:val="0"/>
        <w:spacing w:before="70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Семейные традиции.</w:t>
      </w:r>
    </w:p>
    <w:p w14:paraId="0F1A217F" w14:textId="77777777" w:rsidR="00FF7061" w:rsidRPr="00791859" w:rsidRDefault="00791859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</w:t>
      </w:r>
    </w:p>
    <w:p w14:paraId="7883CB6B" w14:textId="77777777" w:rsidR="00FF7061" w:rsidRPr="00791859" w:rsidRDefault="00791859">
      <w:pPr>
        <w:autoSpaceDE w:val="0"/>
        <w:autoSpaceDN w:val="0"/>
        <w:spacing w:before="72" w:after="0" w:line="262" w:lineRule="auto"/>
        <w:ind w:left="180" w:right="5328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«Духовно-нравственное богатство личности»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17. Личность — общество — культура.</w:t>
      </w:r>
    </w:p>
    <w:p w14:paraId="731FB03E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21B93BC7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18. Духовный мир человека. Человек — творец культуры.</w:t>
      </w:r>
    </w:p>
    <w:p w14:paraId="5A370181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19. Личность и духовно-нравственные ценности.</w:t>
      </w:r>
    </w:p>
    <w:p w14:paraId="0B41A542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14:paraId="706D7DF6" w14:textId="77777777" w:rsidR="00FF7061" w:rsidRPr="00791859" w:rsidRDefault="00791859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«Культурное единство России»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20. Историческая память как духовно-нравственная ценность.</w:t>
      </w:r>
    </w:p>
    <w:p w14:paraId="33862DEB" w14:textId="77777777" w:rsidR="00FF7061" w:rsidRPr="00791859" w:rsidRDefault="0079185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14:paraId="3D9C6B69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21. Литература как язык культуры.</w:t>
      </w:r>
    </w:p>
    <w:p w14:paraId="34D16939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60BE6D85" w14:textId="77777777" w:rsidR="00FF7061" w:rsidRPr="00791859" w:rsidRDefault="00791859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22. Взаимовлияние культур.</w:t>
      </w:r>
    </w:p>
    <w:p w14:paraId="047C81E7" w14:textId="77777777" w:rsidR="00FF7061" w:rsidRPr="00791859" w:rsidRDefault="00791859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14:paraId="379034B0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23. Духовно-нравственные ценности российского народа.</w:t>
      </w:r>
    </w:p>
    <w:p w14:paraId="32421F80" w14:textId="77777777" w:rsidR="00FF7061" w:rsidRPr="00791859" w:rsidRDefault="0079185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справедливость, коллективизм, взаимопомощь, историческая память и преемственность поколений, единство народов России.</w:t>
      </w:r>
    </w:p>
    <w:p w14:paraId="2DBF49FE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24. Регионы России: культурное многообразие.</w:t>
      </w:r>
    </w:p>
    <w:p w14:paraId="1E865C9C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14:paraId="239B7D27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25. Праздники в культуре народов России.</w:t>
      </w:r>
    </w:p>
    <w:p w14:paraId="1F1D08A7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14:paraId="37E1AD16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688" w:bottom="318" w:left="666" w:header="720" w:footer="720" w:gutter="0"/>
          <w:cols w:space="720" w:equalWidth="0">
            <w:col w:w="10546" w:space="0"/>
          </w:cols>
          <w:docGrid w:linePitch="360"/>
        </w:sectPr>
      </w:pPr>
    </w:p>
    <w:p w14:paraId="67B9E43B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617590F6" w14:textId="77777777" w:rsidR="00FF7061" w:rsidRPr="00791859" w:rsidRDefault="0079185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26. Памятники архитектуры в культуре народов России.</w:t>
      </w:r>
    </w:p>
    <w:p w14:paraId="76470BEC" w14:textId="77777777" w:rsidR="00FF7061" w:rsidRPr="00791859" w:rsidRDefault="0079185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14:paraId="1EA165C8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27. Музыкальная культура народов России.</w:t>
      </w:r>
    </w:p>
    <w:p w14:paraId="30CA65AD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14:paraId="5FAB6447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28. Изобразительное искусство народов России.</w:t>
      </w:r>
    </w:p>
    <w:p w14:paraId="4D32EE1B" w14:textId="77777777" w:rsidR="00FF7061" w:rsidRPr="00791859" w:rsidRDefault="0079185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35E55461" w14:textId="77777777" w:rsidR="00FF7061" w:rsidRPr="00791859" w:rsidRDefault="00791859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29. Фольклор и литература народов России.</w:t>
      </w:r>
    </w:p>
    <w:p w14:paraId="39E2ED86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30. Бытовые традиции народов России: пища, одежда, дом (</w:t>
      </w: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51BEF0D1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2529522D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31. Культурная карта России (</w:t>
      </w: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3D42506E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География культур России. Россия как культурная карта. Описание регионов в соответствии с их особенностями.</w:t>
      </w:r>
    </w:p>
    <w:p w14:paraId="34145BC3" w14:textId="77777777" w:rsidR="00FF7061" w:rsidRPr="00791859" w:rsidRDefault="0079185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32. Единство страны — залог будущего России.</w:t>
      </w:r>
    </w:p>
    <w:p w14:paraId="0C110C7A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0518667C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644" w:bottom="1440" w:left="666" w:header="720" w:footer="720" w:gutter="0"/>
          <w:cols w:space="720" w:equalWidth="0">
            <w:col w:w="10590" w:space="0"/>
          </w:cols>
          <w:docGrid w:linePitch="360"/>
        </w:sectPr>
      </w:pPr>
    </w:p>
    <w:p w14:paraId="14206570" w14:textId="77777777" w:rsidR="00FF7061" w:rsidRPr="00791859" w:rsidRDefault="00FF7061">
      <w:pPr>
        <w:autoSpaceDE w:val="0"/>
        <w:autoSpaceDN w:val="0"/>
        <w:spacing w:after="78" w:line="220" w:lineRule="exact"/>
        <w:rPr>
          <w:lang w:val="ru-RU"/>
        </w:rPr>
      </w:pPr>
    </w:p>
    <w:p w14:paraId="39E02A9E" w14:textId="77777777" w:rsidR="00FF7061" w:rsidRPr="00791859" w:rsidRDefault="00791859">
      <w:pPr>
        <w:autoSpaceDE w:val="0"/>
        <w:autoSpaceDN w:val="0"/>
        <w:spacing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67CFBA53" w14:textId="77777777" w:rsidR="00FF7061" w:rsidRPr="00791859" w:rsidRDefault="00791859">
      <w:pPr>
        <w:autoSpaceDE w:val="0"/>
        <w:autoSpaceDN w:val="0"/>
        <w:spacing w:before="346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272BF492" w14:textId="77777777" w:rsidR="00FF7061" w:rsidRPr="00791859" w:rsidRDefault="00791859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5C524686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14:paraId="5B687971" w14:textId="77777777" w:rsidR="00FF7061" w:rsidRPr="00791859" w:rsidRDefault="00791859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Личностные результаты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5207BA11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Патриотическое воспитание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0D7A0C19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Гражданское воспитание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веротерпимости, уважительного отношения к религиозным чувствам, взглядам людей или их отсутствию.</w:t>
      </w:r>
    </w:p>
    <w:p w14:paraId="1E2EE078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Ценности познавательной деятельности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076616B7" w14:textId="77777777" w:rsidR="00FF7061" w:rsidRPr="00791859" w:rsidRDefault="00791859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791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Смыслообразование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72822A04" w14:textId="77777777" w:rsidR="00FF7061" w:rsidRPr="00791859" w:rsidRDefault="00791859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Духовно-нравственное воспитание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0692DCDC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B2F8BB5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7A0F89E6" w14:textId="77777777" w:rsidR="00FF7061" w:rsidRPr="00791859" w:rsidRDefault="00791859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ответственного отношения к собственным поступкам;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412A3304" w14:textId="77777777" w:rsidR="00FF7061" w:rsidRPr="00791859" w:rsidRDefault="00791859">
      <w:pPr>
        <w:autoSpaceDE w:val="0"/>
        <w:autoSpaceDN w:val="0"/>
        <w:spacing w:before="262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0AF4010A" w14:textId="77777777" w:rsidR="00FF7061" w:rsidRPr="00791859" w:rsidRDefault="00791859">
      <w:pPr>
        <w:autoSpaceDE w:val="0"/>
        <w:autoSpaceDN w:val="0"/>
        <w:spacing w:before="166" w:after="0" w:line="286" w:lineRule="auto"/>
        <w:ind w:right="144"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4DD89547" w14:textId="77777777" w:rsidR="00FF7061" w:rsidRPr="00791859" w:rsidRDefault="00791859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Познавательные универсальные учебные действия 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Познавательные универсальные учебные действия включают:</w:t>
      </w:r>
    </w:p>
    <w:p w14:paraId="08E3AAED" w14:textId="77777777" w:rsidR="00FF7061" w:rsidRPr="00791859" w:rsidRDefault="00791859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определять понятия, создавать обобщения, устанавливать аналогии,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2120E951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06A38A24" w14:textId="77777777" w:rsidR="00FF7061" w:rsidRPr="00791859" w:rsidRDefault="0079185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смысловое чтение;</w:t>
      </w:r>
    </w:p>
    <w:p w14:paraId="4AF74604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развитие мотивации к овладению культурой активного использования словарей и других поисковых систем.</w:t>
      </w:r>
    </w:p>
    <w:p w14:paraId="0B45F779" w14:textId="77777777" w:rsidR="00FF7061" w:rsidRPr="00791859" w:rsidRDefault="00791859">
      <w:pPr>
        <w:autoSpaceDE w:val="0"/>
        <w:autoSpaceDN w:val="0"/>
        <w:spacing w:before="178" w:after="0" w:line="262" w:lineRule="auto"/>
        <w:ind w:left="180" w:right="3600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Коммуникативные универсальные учебные действия 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универсальные учебные действия включают:</w:t>
      </w:r>
    </w:p>
    <w:p w14:paraId="1633A5A4" w14:textId="77777777" w:rsidR="00FF7061" w:rsidRPr="00791859" w:rsidRDefault="00791859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56663F65" w14:textId="77777777" w:rsidR="00FF7061" w:rsidRPr="00791859" w:rsidRDefault="00791859">
      <w:pPr>
        <w:autoSpaceDE w:val="0"/>
        <w:autoSpaceDN w:val="0"/>
        <w:spacing w:before="238" w:after="0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деятельности; владение устной и письменной речью, монологической контекстной речью (коммуникация);</w:t>
      </w:r>
    </w:p>
    <w:p w14:paraId="2B9AF616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72DF6F26" w14:textId="77777777" w:rsidR="00FF7061" w:rsidRPr="00791859" w:rsidRDefault="00791859">
      <w:pPr>
        <w:autoSpaceDE w:val="0"/>
        <w:autoSpaceDN w:val="0"/>
        <w:spacing w:before="178" w:after="0" w:line="262" w:lineRule="auto"/>
        <w:ind w:left="180" w:right="4176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Регулятивные универсальные учебные действия 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Регулятивные универсальные учебные действия включают:</w:t>
      </w:r>
    </w:p>
    <w:p w14:paraId="00B7F7C0" w14:textId="77777777" w:rsidR="00FF7061" w:rsidRPr="00791859" w:rsidRDefault="0079185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2CA82671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716" w:bottom="444" w:left="666" w:header="720" w:footer="720" w:gutter="0"/>
          <w:cols w:space="720" w:equalWidth="0">
            <w:col w:w="10518" w:space="0"/>
          </w:cols>
          <w:docGrid w:linePitch="360"/>
        </w:sectPr>
      </w:pPr>
    </w:p>
    <w:p w14:paraId="49D77E8A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6B1E5008" w14:textId="77777777" w:rsidR="00FF7061" w:rsidRPr="00791859" w:rsidRDefault="00791859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познавательной деятельности (целеполагание);</w:t>
      </w:r>
    </w:p>
    <w:p w14:paraId="04F1279D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32896A4F" w14:textId="77777777" w:rsidR="00FF7061" w:rsidRPr="00791859" w:rsidRDefault="00791859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 w14:paraId="5CC01BFC" w14:textId="77777777" w:rsidR="00FF7061" w:rsidRPr="00791859" w:rsidRDefault="00791859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правильность выполнения учебной задачи, собственные возможности её решения (оценка);</w:t>
      </w:r>
    </w:p>
    <w:p w14:paraId="50FE70BB" w14:textId="77777777" w:rsidR="00FF7061" w:rsidRPr="00791859" w:rsidRDefault="00791859">
      <w:pPr>
        <w:autoSpaceDE w:val="0"/>
        <w:autoSpaceDN w:val="0"/>
        <w:spacing w:before="240" w:after="0" w:line="271" w:lineRule="auto"/>
        <w:ind w:left="42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4C379C23" w14:textId="77777777" w:rsidR="00FF7061" w:rsidRPr="00791859" w:rsidRDefault="00791859">
      <w:pPr>
        <w:autoSpaceDE w:val="0"/>
        <w:autoSpaceDN w:val="0"/>
        <w:spacing w:before="322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0C6DBB44" w14:textId="77777777" w:rsidR="00FF7061" w:rsidRPr="00791859" w:rsidRDefault="00791859">
      <w:pPr>
        <w:autoSpaceDE w:val="0"/>
        <w:autoSpaceDN w:val="0"/>
        <w:spacing w:before="166" w:after="0"/>
        <w:ind w:firstLine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68B5DD4B" w14:textId="77777777" w:rsidR="00FF7061" w:rsidRPr="00791859" w:rsidRDefault="00791859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«Россия — наш общий дом»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1. Зачем изучать курс «Основы духовно-нравственной культуры народов России»?</w:t>
      </w:r>
    </w:p>
    <w:p w14:paraId="23F76BED" w14:textId="77777777" w:rsidR="00FF7061" w:rsidRPr="00791859" w:rsidRDefault="00791859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14:paraId="65F4293B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62DE96DF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14:paraId="104ECC12" w14:textId="77777777" w:rsidR="00FF7061" w:rsidRPr="00791859" w:rsidRDefault="00791859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2. Наш дом — Россия</w:t>
      </w:r>
    </w:p>
    <w:p w14:paraId="39F786F6" w14:textId="77777777" w:rsidR="00FF7061" w:rsidRPr="00791859" w:rsidRDefault="00791859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68015C96" w14:textId="77777777" w:rsidR="00FF7061" w:rsidRPr="00791859" w:rsidRDefault="0079185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1749E2CD" w14:textId="77777777" w:rsidR="00FF7061" w:rsidRPr="00791859" w:rsidRDefault="0079185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14:paraId="088E9311" w14:textId="77777777" w:rsidR="00FF7061" w:rsidRPr="00791859" w:rsidRDefault="0079185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3. Язык и история</w:t>
      </w:r>
    </w:p>
    <w:p w14:paraId="60AC9651" w14:textId="77777777" w:rsidR="00FF7061" w:rsidRPr="00791859" w:rsidRDefault="00791859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язык, каковы важность его изучения и влияние на миропонимание личности;</w:t>
      </w:r>
    </w:p>
    <w:p w14:paraId="580F8288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908" w:bottom="498" w:left="666" w:header="720" w:footer="720" w:gutter="0"/>
          <w:cols w:space="720" w:equalWidth="0">
            <w:col w:w="10326" w:space="0"/>
          </w:cols>
          <w:docGrid w:linePitch="360"/>
        </w:sectPr>
      </w:pPr>
    </w:p>
    <w:p w14:paraId="660F84D4" w14:textId="77777777" w:rsidR="00FF7061" w:rsidRPr="00791859" w:rsidRDefault="00FF7061">
      <w:pPr>
        <w:autoSpaceDE w:val="0"/>
        <w:autoSpaceDN w:val="0"/>
        <w:spacing w:after="108" w:line="220" w:lineRule="exact"/>
        <w:rPr>
          <w:lang w:val="ru-RU"/>
        </w:rPr>
      </w:pPr>
    </w:p>
    <w:p w14:paraId="7C67A8A8" w14:textId="77777777" w:rsidR="00FF7061" w:rsidRPr="00791859" w:rsidRDefault="00791859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базовые представления о формировании языка как носителя духовно-нравственных смыслов культуры;</w:t>
      </w:r>
    </w:p>
    <w:p w14:paraId="2FBE2799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129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14:paraId="2D01E815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14:paraId="3D313CC1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4. Русский язык — язык общения и язык возможностей</w:t>
      </w:r>
    </w:p>
    <w:p w14:paraId="24F48AC3" w14:textId="77777777" w:rsidR="00FF7061" w:rsidRPr="00791859" w:rsidRDefault="00791859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базовые представления о происхождении и развитии русского языка, его взаимосвязи с языками других народов России;</w:t>
      </w:r>
    </w:p>
    <w:p w14:paraId="547C1BBA" w14:textId="77777777" w:rsidR="00FF7061" w:rsidRPr="00791859" w:rsidRDefault="00791859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14:paraId="384093F3" w14:textId="77777777" w:rsidR="00FF7061" w:rsidRPr="00791859" w:rsidRDefault="00791859">
      <w:pPr>
        <w:autoSpaceDE w:val="0"/>
        <w:autoSpaceDN w:val="0"/>
        <w:spacing w:before="238" w:after="0" w:line="262" w:lineRule="auto"/>
        <w:ind w:left="144" w:right="144"/>
        <w:jc w:val="center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14:paraId="2078A1E7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нравственных категориях русского языка и их происхождении.</w:t>
      </w:r>
    </w:p>
    <w:p w14:paraId="4EE7DF7A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5. Истоки родной культуры</w:t>
      </w:r>
    </w:p>
    <w:p w14:paraId="30752CE1" w14:textId="77777777" w:rsidR="00FF7061" w:rsidRPr="00791859" w:rsidRDefault="0079185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сформированное представление о понятие «культура»;</w:t>
      </w:r>
    </w:p>
    <w:p w14:paraId="1A477A40" w14:textId="77777777" w:rsidR="00FF7061" w:rsidRPr="00791859" w:rsidRDefault="00791859">
      <w:pPr>
        <w:autoSpaceDE w:val="0"/>
        <w:autoSpaceDN w:val="0"/>
        <w:spacing w:before="238" w:after="0" w:line="271" w:lineRule="auto"/>
        <w:ind w:left="24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432999CE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выделять общие черты в культуре различных народов, обосновывать их значение и причины.</w:t>
      </w:r>
    </w:p>
    <w:p w14:paraId="2DFE424A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6. Материальная культура</w:t>
      </w:r>
    </w:p>
    <w:p w14:paraId="0E41CB2E" w14:textId="77777777" w:rsidR="00FF7061" w:rsidRPr="00791859" w:rsidRDefault="0079185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артефактах культуры;</w:t>
      </w:r>
    </w:p>
    <w:p w14:paraId="0D1C6354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базовое представление о традиционных укладах хозяйства: земледелии, скотоводстве, охоте, рыболовстве;</w:t>
      </w:r>
    </w:p>
    <w:p w14:paraId="151B4929" w14:textId="77777777" w:rsidR="00FF7061" w:rsidRPr="00791859" w:rsidRDefault="00791859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хозяйственным укладом и проявлениями духовной культуры;</w:t>
      </w:r>
    </w:p>
    <w:p w14:paraId="52D273D9" w14:textId="77777777" w:rsidR="00FF7061" w:rsidRPr="00791859" w:rsidRDefault="00791859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6EB33062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7. Духовная культура</w:t>
      </w:r>
    </w:p>
    <w:p w14:paraId="6B5416A9" w14:textId="77777777" w:rsidR="00FF7061" w:rsidRPr="00791859" w:rsidRDefault="0079185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таких культурных концептах как «искусство», «наука», «религия»;</w:t>
      </w:r>
    </w:p>
    <w:p w14:paraId="13F6435D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давать определения терминам «мораль», «нравственность», «духовные ценности»,«духовность» на доступном для обучающихся уровне осмысления;</w:t>
      </w:r>
    </w:p>
    <w:p w14:paraId="698304E6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и взаимосвязь названных терминов с формами их репрезентации в культуре;</w:t>
      </w:r>
    </w:p>
    <w:p w14:paraId="625FDBA5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значение культурных символов, нравственный и духовный смысл культурных артефактов;</w:t>
      </w:r>
    </w:p>
    <w:p w14:paraId="127A3EF5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знаки и символы, уметь соотносить их с культурными явлениями, с которыми они связаны.</w:t>
      </w:r>
    </w:p>
    <w:p w14:paraId="76CDF3B3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328" w:right="720" w:bottom="302" w:left="846" w:header="720" w:footer="720" w:gutter="0"/>
          <w:cols w:space="720" w:equalWidth="0">
            <w:col w:w="10334" w:space="0"/>
          </w:cols>
          <w:docGrid w:linePitch="360"/>
        </w:sectPr>
      </w:pPr>
    </w:p>
    <w:p w14:paraId="560B0ACB" w14:textId="77777777" w:rsidR="00FF7061" w:rsidRPr="00791859" w:rsidRDefault="00FF7061">
      <w:pPr>
        <w:autoSpaceDE w:val="0"/>
        <w:autoSpaceDN w:val="0"/>
        <w:spacing w:after="138" w:line="220" w:lineRule="exact"/>
        <w:rPr>
          <w:lang w:val="ru-RU"/>
        </w:rPr>
      </w:pPr>
    </w:p>
    <w:p w14:paraId="00A9F5D3" w14:textId="77777777" w:rsidR="00FF7061" w:rsidRPr="00791859" w:rsidRDefault="00791859">
      <w:pPr>
        <w:autoSpaceDE w:val="0"/>
        <w:autoSpaceDN w:val="0"/>
        <w:spacing w:after="0" w:line="370" w:lineRule="auto"/>
        <w:ind w:left="240" w:right="576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8. Культура и религия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связь религии и морали;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роль и значение духовных ценностей в религиях народов России;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характеризовать государствообразующие конфессии России и их картины мира.</w:t>
      </w:r>
    </w:p>
    <w:p w14:paraId="13485E98" w14:textId="77777777" w:rsidR="00FF7061" w:rsidRPr="00791859" w:rsidRDefault="00791859">
      <w:pPr>
        <w:autoSpaceDE w:val="0"/>
        <w:autoSpaceDN w:val="0"/>
        <w:spacing w:before="178" w:after="0" w:line="355" w:lineRule="auto"/>
        <w:ind w:left="240" w:right="144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9. Культура и образование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термин «образование» и уметь обосновать его важность для личности и общества;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взаимосвязи между знанием, образованием и личностным и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профессиональным ростом человека;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5A61B6E0" w14:textId="77777777" w:rsidR="00FF7061" w:rsidRPr="00791859" w:rsidRDefault="00791859">
      <w:pPr>
        <w:autoSpaceDE w:val="0"/>
        <w:autoSpaceDN w:val="0"/>
        <w:spacing w:before="178" w:after="0" w:line="346" w:lineRule="auto"/>
        <w:ind w:left="240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10. Многообразие культур России (практическое занятие)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выделять общее и единичное в культуре на основе предметных знаний о культуре своего народа;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14:paraId="71B1838E" w14:textId="77777777" w:rsidR="00FF7061" w:rsidRPr="00791859" w:rsidRDefault="00791859">
      <w:pPr>
        <w:tabs>
          <w:tab w:val="left" w:pos="240"/>
        </w:tabs>
        <w:autoSpaceDE w:val="0"/>
        <w:autoSpaceDN w:val="0"/>
        <w:spacing w:before="180" w:after="0" w:line="362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 «Семья и духовно-нравственные ценности»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11. Семья — хранитель духовных ценностей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смысл термина «семья»;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иметь представление о взаимосвязях между типом культуры и особенностями семейного быта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 отношений в семье;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значение термина «поколение» и его взаимосвязь с культурными особенностями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своего времени;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составить рассказ о своей семье в соответствии с культурно-историческими условиями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её существования;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такие понятия, как «счастливая семья», «семейное счастье»;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доказывать важность семьи как хранителя традиций и её воспитательную</w:t>
      </w:r>
    </w:p>
    <w:p w14:paraId="4210CE61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358" w:right="728" w:bottom="408" w:left="846" w:header="720" w:footer="720" w:gutter="0"/>
          <w:cols w:space="720" w:equalWidth="0">
            <w:col w:w="10326" w:space="0"/>
          </w:cols>
          <w:docGrid w:linePitch="360"/>
        </w:sectPr>
      </w:pPr>
    </w:p>
    <w:p w14:paraId="19CA3961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7E08056B" w14:textId="77777777" w:rsidR="00FF7061" w:rsidRPr="00791859" w:rsidRDefault="00791859">
      <w:pPr>
        <w:autoSpaceDE w:val="0"/>
        <w:autoSpaceDN w:val="0"/>
        <w:spacing w:after="0" w:line="32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роль;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14C4C924" w14:textId="77777777" w:rsidR="00FF7061" w:rsidRPr="00791859" w:rsidRDefault="00791859">
      <w:pPr>
        <w:autoSpaceDE w:val="0"/>
        <w:autoSpaceDN w:val="0"/>
        <w:spacing w:before="178" w:after="0" w:line="370" w:lineRule="auto"/>
        <w:ind w:left="240" w:right="720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12. Родина начинается с семьи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понятие «Родина»;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14:paraId="5C6539E0" w14:textId="77777777" w:rsidR="00FF7061" w:rsidRPr="00791859" w:rsidRDefault="00791859">
      <w:pPr>
        <w:autoSpaceDE w:val="0"/>
        <w:autoSpaceDN w:val="0"/>
        <w:spacing w:before="180" w:after="0" w:line="350" w:lineRule="auto"/>
        <w:ind w:left="240" w:right="288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13. Традиции семейного воспитания в России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семейных традициях и обосновывать их важность как ключевых элементах семейных отношений;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семейных традиций в культуре общества, трансляции ценностей, духовно-нравственных идеалов.</w:t>
      </w:r>
    </w:p>
    <w:p w14:paraId="326A3160" w14:textId="77777777" w:rsidR="00FF7061" w:rsidRPr="00791859" w:rsidRDefault="00791859">
      <w:pPr>
        <w:autoSpaceDE w:val="0"/>
        <w:autoSpaceDN w:val="0"/>
        <w:spacing w:before="178" w:after="0" w:line="338" w:lineRule="auto"/>
        <w:ind w:left="240" w:right="288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14. Образ семьи в культуре народов России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традиционные сказочные и фольклорные сюжеты о семье, семейных обязанностях;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обосновывать своё понимание семейных ценностей, выраженных в фольклорных сюжетах;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важность семейных ценностей с использованием различного иллюстративного материала.</w:t>
      </w:r>
    </w:p>
    <w:p w14:paraId="2EF4F20A" w14:textId="77777777" w:rsidR="00FF7061" w:rsidRPr="00791859" w:rsidRDefault="00791859">
      <w:pPr>
        <w:autoSpaceDE w:val="0"/>
        <w:autoSpaceDN w:val="0"/>
        <w:spacing w:before="178" w:after="0" w:line="350" w:lineRule="auto"/>
        <w:ind w:left="240" w:right="288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15. Труд в истории семьи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семейное хозяйство и домашний труд;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распределение семейного труда и осознавать его важность для укрепления целостности семьи.</w:t>
      </w:r>
    </w:p>
    <w:p w14:paraId="05F62C06" w14:textId="77777777" w:rsidR="00FF7061" w:rsidRPr="00791859" w:rsidRDefault="00791859">
      <w:pPr>
        <w:tabs>
          <w:tab w:val="left" w:pos="240"/>
        </w:tabs>
        <w:autoSpaceDE w:val="0"/>
        <w:autoSpaceDN w:val="0"/>
        <w:spacing w:before="178" w:after="0" w:line="310" w:lineRule="auto"/>
        <w:ind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16. Семья в современном мире (</w:t>
      </w:r>
      <w:r w:rsidRPr="00791859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сформированные представления о закономерностях развития семьи в культуре и</w:t>
      </w:r>
    </w:p>
    <w:p w14:paraId="5003931B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710" w:bottom="318" w:left="846" w:header="720" w:footer="720" w:gutter="0"/>
          <w:cols w:space="720" w:equalWidth="0">
            <w:col w:w="10344" w:space="0"/>
          </w:cols>
          <w:docGrid w:linePitch="360"/>
        </w:sectPr>
      </w:pPr>
    </w:p>
    <w:p w14:paraId="342F641A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19200580" w14:textId="77777777" w:rsidR="00FF7061" w:rsidRPr="00791859" w:rsidRDefault="00791859">
      <w:pPr>
        <w:autoSpaceDE w:val="0"/>
        <w:autoSpaceDN w:val="0"/>
        <w:spacing w:after="0" w:line="338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предполагать и доказывать наличие взаимосвязи между культурой и духовно-нравственными ценностями семьи;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14:paraId="7C7FC0FC" w14:textId="77777777" w:rsidR="00FF7061" w:rsidRPr="00791859" w:rsidRDefault="00791859">
      <w:pPr>
        <w:tabs>
          <w:tab w:val="left" w:pos="240"/>
        </w:tabs>
        <w:autoSpaceDE w:val="0"/>
        <w:autoSpaceDN w:val="0"/>
        <w:spacing w:before="300" w:after="0" w:line="35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 «Духовно-нравственное богатство личности»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17. Личность — общество — культура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значение термина «человек» в контексте духовно-нравственной культуры;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обосновать взаимосвязь и взаимообусловленность человека и общества, человека и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культуры;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объяснять различия между обоснованием термина «личность» в быту, в контексте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культуры и творчества;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гуманизм, иметь представление о его источниках в культуре.</w:t>
      </w:r>
    </w:p>
    <w:p w14:paraId="4C1B7A4F" w14:textId="77777777" w:rsidR="00FF7061" w:rsidRPr="00791859" w:rsidRDefault="00791859">
      <w:pPr>
        <w:autoSpaceDE w:val="0"/>
        <w:autoSpaceDN w:val="0"/>
        <w:spacing w:before="178" w:after="0" w:line="370" w:lineRule="auto"/>
        <w:ind w:left="240" w:right="720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18. Духовный мир человека. Человек — творец культуры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значение термина «творчество» в нескольких аспектах и понимать границы их применимости;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доказывать важность морально- нравственных ограничений в творчестве;—  обосновывать важность творчества как реализацию духовно-нравственных ценностей человека;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доказывать детерминированность творчества культурой своего этноса;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взаимосвязь труда и творчества.</w:t>
      </w:r>
    </w:p>
    <w:p w14:paraId="552FFECA" w14:textId="77777777" w:rsidR="00FF7061" w:rsidRPr="00791859" w:rsidRDefault="00791859">
      <w:pPr>
        <w:autoSpaceDE w:val="0"/>
        <w:autoSpaceDN w:val="0"/>
        <w:spacing w:before="180" w:after="0" w:line="346" w:lineRule="auto"/>
        <w:ind w:left="240" w:right="144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19. Личность и духовно-нравственные ценности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значение и роль морали и нравственности в жизни человека;—  обосновывать происхождение духовных ценностей, понимание идеалов добра и зла;—  понимать и уметь показывать на примерах значение таких ценностей, как «взаимопомощь»,«сострадание», «милосердие», «любовь», «дружба», «коллективизм», «патриотизм», «любовь к близким».</w:t>
      </w:r>
    </w:p>
    <w:p w14:paraId="2D4E8046" w14:textId="77777777" w:rsidR="00FF7061" w:rsidRPr="00791859" w:rsidRDefault="00791859">
      <w:pPr>
        <w:tabs>
          <w:tab w:val="left" w:pos="240"/>
        </w:tabs>
        <w:autoSpaceDE w:val="0"/>
        <w:autoSpaceDN w:val="0"/>
        <w:spacing w:before="178" w:after="0" w:line="346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«Культурное единство России»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20. Историческая память как духовно-нравственная ценность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уметь объяснять суть термина «история», знать основные исторические периоды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 уметь выделять их сущностные черты;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значении и функциях изучения истории;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историю своей семьи и народа как часть мирового исторического процесса. Знать</w:t>
      </w:r>
    </w:p>
    <w:p w14:paraId="379BBEB1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754" w:bottom="452" w:left="846" w:header="720" w:footer="720" w:gutter="0"/>
          <w:cols w:space="720" w:equalWidth="0">
            <w:col w:w="10300" w:space="0"/>
          </w:cols>
          <w:docGrid w:linePitch="360"/>
        </w:sectPr>
      </w:pPr>
    </w:p>
    <w:p w14:paraId="6CEF6E28" w14:textId="77777777" w:rsidR="00FF7061" w:rsidRPr="00791859" w:rsidRDefault="00FF7061">
      <w:pPr>
        <w:autoSpaceDE w:val="0"/>
        <w:autoSpaceDN w:val="0"/>
        <w:spacing w:after="66" w:line="220" w:lineRule="exact"/>
        <w:rPr>
          <w:lang w:val="ru-RU"/>
        </w:rPr>
      </w:pPr>
    </w:p>
    <w:p w14:paraId="3861D6EA" w14:textId="77777777" w:rsidR="00FF7061" w:rsidRPr="00791859" w:rsidRDefault="00791859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1C7E9585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21. Литература как язык культуры</w:t>
      </w:r>
    </w:p>
    <w:p w14:paraId="3F3ABFDF" w14:textId="77777777" w:rsidR="00FF7061" w:rsidRPr="00791859" w:rsidRDefault="0079185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отличия литературы от других видов художественного творчества;</w:t>
      </w:r>
    </w:p>
    <w:p w14:paraId="4BDF9C76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14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14:paraId="5C823B86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14:paraId="0B3269A9" w14:textId="77777777" w:rsidR="00FF7061" w:rsidRPr="00791859" w:rsidRDefault="00791859">
      <w:pPr>
        <w:autoSpaceDE w:val="0"/>
        <w:autoSpaceDN w:val="0"/>
        <w:spacing w:before="240" w:after="0" w:line="262" w:lineRule="auto"/>
        <w:ind w:left="240" w:right="115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обозначать средства выражения морального и нравственного смысла в литературных произведениях.</w:t>
      </w:r>
    </w:p>
    <w:p w14:paraId="280C340A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22. Взаимовлияние культур</w:t>
      </w:r>
    </w:p>
    <w:p w14:paraId="77352D96" w14:textId="77777777" w:rsidR="00FF7061" w:rsidRPr="00791859" w:rsidRDefault="00791859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значении терминов «взаимодействие культур», «культурный обмен»как формах распространения и обогащения духовно-нравственных идеалов общества;</w:t>
      </w:r>
    </w:p>
    <w:p w14:paraId="4E22B80C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важность сохранения культурного наследия;</w:t>
      </w:r>
    </w:p>
    <w:p w14:paraId="24FB7535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5DCC4BB7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23. Духовно-нравственные ценности российского народа</w:t>
      </w:r>
    </w:p>
    <w:p w14:paraId="0181A70B" w14:textId="77777777" w:rsidR="00FF7061" w:rsidRPr="00791859" w:rsidRDefault="00791859">
      <w:pPr>
        <w:autoSpaceDE w:val="0"/>
        <w:autoSpaceDN w:val="0"/>
        <w:spacing w:before="178" w:after="0" w:line="283" w:lineRule="auto"/>
        <w:ind w:left="24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14:paraId="65F1F243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0DE7E70F" w14:textId="77777777" w:rsidR="00FF7061" w:rsidRPr="00791859" w:rsidRDefault="00791859">
      <w:pPr>
        <w:autoSpaceDE w:val="0"/>
        <w:autoSpaceDN w:val="0"/>
        <w:spacing w:before="180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24. Регионы России: культурное многообразие</w:t>
      </w:r>
    </w:p>
    <w:p w14:paraId="1497ECEA" w14:textId="77777777" w:rsidR="00FF7061" w:rsidRPr="00791859" w:rsidRDefault="00791859">
      <w:pPr>
        <w:autoSpaceDE w:val="0"/>
        <w:autoSpaceDN w:val="0"/>
        <w:spacing w:before="180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принципы федеративного устройства России и концепт «полиэтничность»;</w:t>
      </w:r>
    </w:p>
    <w:p w14:paraId="236884E8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100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называть основные этносы Российской Федерации и регионы, где они традиционно проживают;</w:t>
      </w:r>
    </w:p>
    <w:p w14:paraId="7BBF7F16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100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14:paraId="7C7B61C7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ценность многообразия культурных укладов народов Российской Федерации;</w:t>
      </w:r>
    </w:p>
    <w:p w14:paraId="246319FD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готовность к сохранению межнационального и межрелигиозного согласия в России;</w:t>
      </w:r>
    </w:p>
    <w:p w14:paraId="08E8BAC8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выделять общие черты в культуре различных народов, обосновывать их значение и причины</w:t>
      </w:r>
    </w:p>
    <w:p w14:paraId="63524326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25. Праздники в культуре народов России</w:t>
      </w:r>
    </w:p>
    <w:p w14:paraId="65E7075B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86" w:right="790" w:bottom="372" w:left="846" w:header="720" w:footer="720" w:gutter="0"/>
          <w:cols w:space="720" w:equalWidth="0">
            <w:col w:w="10264" w:space="0"/>
          </w:cols>
          <w:docGrid w:linePitch="360"/>
        </w:sectPr>
      </w:pPr>
    </w:p>
    <w:p w14:paraId="6B12263E" w14:textId="77777777" w:rsidR="00FF7061" w:rsidRPr="00791859" w:rsidRDefault="00FF7061">
      <w:pPr>
        <w:autoSpaceDE w:val="0"/>
        <w:autoSpaceDN w:val="0"/>
        <w:spacing w:after="132" w:line="220" w:lineRule="exact"/>
        <w:rPr>
          <w:lang w:val="ru-RU"/>
        </w:rPr>
      </w:pPr>
    </w:p>
    <w:p w14:paraId="3251FFDA" w14:textId="77777777" w:rsidR="00FF7061" w:rsidRPr="00791859" w:rsidRDefault="00791859">
      <w:pPr>
        <w:autoSpaceDE w:val="0"/>
        <w:autoSpaceDN w:val="0"/>
        <w:spacing w:after="0" w:line="389" w:lineRule="auto"/>
        <w:ind w:left="24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природе праздников и обосновывать их важность как элементов культуры;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взаимосвязь праздников и культурного уклада;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основные типы праздников;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рассказывать о праздничных традициях народов России и собственной семьи;—  анализировать связь праздников и истории, культуры народов России;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основной смысл семейных праздников: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определять нравственный смысл праздников народов России;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0ED11442" w14:textId="77777777" w:rsidR="00FF7061" w:rsidRPr="00791859" w:rsidRDefault="00791859">
      <w:pPr>
        <w:autoSpaceDE w:val="0"/>
        <w:autoSpaceDN w:val="0"/>
        <w:spacing w:before="178" w:after="0" w:line="355" w:lineRule="auto"/>
        <w:ind w:left="240" w:hanging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26. Памятники архитектуры народов России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Знать, что такое архитектура, уметь охарактеризовать основные типы памятников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архитектуры и проследить связь между их структурой и особенностями культуры и этапами исторического развития;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типом жилищ и типом хозяйственной деятельности;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охарактеризовать связь между уровнем научно-технического развития и типами жилищ;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объяснять взаимосвязь между особенностями архитектуры и духовно-нравственными ценностями народов России;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историей памятника и историей края, характеризовать памятники истории и культуры;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нравственном и научном смысле краеведческой работы.</w:t>
      </w:r>
    </w:p>
    <w:p w14:paraId="0602D516" w14:textId="77777777" w:rsidR="00FF7061" w:rsidRPr="00791859" w:rsidRDefault="00791859">
      <w:pPr>
        <w:tabs>
          <w:tab w:val="left" w:pos="240"/>
        </w:tabs>
        <w:autoSpaceDE w:val="0"/>
        <w:autoSpaceDN w:val="0"/>
        <w:spacing w:before="178" w:after="0" w:line="35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27. Музыкальная культура народов России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понимать отличия музыки от других видов художественного творчества, рассказывать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об особенностях музыкального повествования, выделять простые выразительные средства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музыкального языка;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обосновывать и доказывать важность музыки как культурного явления, как формы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трансляции культурных ценностей;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обозначать средства выражения морального и нравственного смысла 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музыкальных произведений;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темы музыкального творчества народов России, народные инструменты Тема 28. Изобразительное искусство народов России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понимать отличия изобразительного искусства от других видов художественного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творчества, рассказывать об особенностях и выразительных средствах изобразительного </w:t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искусства;</w:t>
      </w:r>
      <w:r w:rsidRPr="00791859">
        <w:rPr>
          <w:lang w:val="ru-RU"/>
        </w:rPr>
        <w:br/>
      </w:r>
      <w:r w:rsidRPr="00791859">
        <w:rPr>
          <w:lang w:val="ru-RU"/>
        </w:rPr>
        <w:tab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объяснить, что такое скульптура, живопись, графика, фольклорные орнаменты;</w:t>
      </w:r>
    </w:p>
    <w:p w14:paraId="35B56DCE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352" w:right="710" w:bottom="384" w:left="846" w:header="720" w:footer="720" w:gutter="0"/>
          <w:cols w:space="720" w:equalWidth="0">
            <w:col w:w="10344" w:space="0"/>
          </w:cols>
          <w:docGrid w:linePitch="360"/>
        </w:sectPr>
      </w:pPr>
    </w:p>
    <w:p w14:paraId="0C425640" w14:textId="77777777" w:rsidR="00FF7061" w:rsidRPr="00791859" w:rsidRDefault="00FF7061">
      <w:pPr>
        <w:autoSpaceDE w:val="0"/>
        <w:autoSpaceDN w:val="0"/>
        <w:spacing w:after="84" w:line="220" w:lineRule="exact"/>
        <w:rPr>
          <w:lang w:val="ru-RU"/>
        </w:rPr>
      </w:pPr>
    </w:p>
    <w:p w14:paraId="67F383A1" w14:textId="77777777" w:rsidR="00FF7061" w:rsidRPr="00791859" w:rsidRDefault="00791859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040DA20A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129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обозначать средства выражения морального и нравственного смысла изобразительного искусства;</w:t>
      </w:r>
    </w:p>
    <w:p w14:paraId="1A0E185A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темы изобразительного искусства народов России.</w:t>
      </w:r>
    </w:p>
    <w:p w14:paraId="29C8E972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29. Фольклор и литература народов России</w:t>
      </w:r>
    </w:p>
    <w:p w14:paraId="1BB08F76" w14:textId="77777777" w:rsidR="00FF7061" w:rsidRPr="00791859" w:rsidRDefault="00791859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14:paraId="5F7C5B8F" w14:textId="77777777" w:rsidR="00FF7061" w:rsidRPr="00791859" w:rsidRDefault="00791859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объяснять, что такое эпос, миф, сказка, былина, песня;</w:t>
      </w:r>
    </w:p>
    <w:p w14:paraId="40D177E8" w14:textId="77777777" w:rsidR="00FF7061" w:rsidRPr="00791859" w:rsidRDefault="00791859">
      <w:pPr>
        <w:autoSpaceDE w:val="0"/>
        <w:autoSpaceDN w:val="0"/>
        <w:spacing w:before="240" w:after="0" w:line="262" w:lineRule="auto"/>
        <w:ind w:left="24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3EF1DBE5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национальная литература и каковы её выразительные средства;</w:t>
      </w:r>
    </w:p>
    <w:p w14:paraId="5F8DA726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оценивать морально-нравственный потенциал национальной литературы.</w:t>
      </w:r>
    </w:p>
    <w:p w14:paraId="5852372B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30. Бытовые традиции народов России: пища, одежда, дом</w:t>
      </w:r>
    </w:p>
    <w:p w14:paraId="651B48B5" w14:textId="77777777" w:rsidR="00FF7061" w:rsidRPr="00791859" w:rsidRDefault="00791859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62C12AA8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14:paraId="278E663E" w14:textId="77777777" w:rsidR="00FF7061" w:rsidRPr="00791859" w:rsidRDefault="00791859">
      <w:pPr>
        <w:autoSpaceDE w:val="0"/>
        <w:autoSpaceDN w:val="0"/>
        <w:spacing w:before="238" w:after="0" w:line="271" w:lineRule="auto"/>
        <w:ind w:left="24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шестиклассников уровне (с учётом их возрастных особенностей);</w:t>
      </w:r>
    </w:p>
    <w:p w14:paraId="1CF531FE" w14:textId="77777777" w:rsidR="00FF7061" w:rsidRPr="00791859" w:rsidRDefault="00791859">
      <w:pPr>
        <w:autoSpaceDE w:val="0"/>
        <w:autoSpaceDN w:val="0"/>
        <w:spacing w:before="238" w:after="0" w:line="271" w:lineRule="auto"/>
        <w:ind w:left="240"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058B8C1C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31. Культурная карта России (практическое занятие)</w:t>
      </w:r>
    </w:p>
    <w:p w14:paraId="558AAF70" w14:textId="77777777" w:rsidR="00FF7061" w:rsidRPr="00791859" w:rsidRDefault="00791859">
      <w:pPr>
        <w:autoSpaceDE w:val="0"/>
        <w:autoSpaceDN w:val="0"/>
        <w:spacing w:before="180" w:after="0" w:line="262" w:lineRule="auto"/>
        <w:ind w:left="240" w:right="576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отличия культурной географии от физической и политической географии;</w:t>
      </w:r>
    </w:p>
    <w:p w14:paraId="44794E67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понимать, что такое культурная карта народов России;</w:t>
      </w:r>
    </w:p>
    <w:p w14:paraId="7CC1A2C6" w14:textId="77777777" w:rsidR="00FF7061" w:rsidRPr="00791859" w:rsidRDefault="0079185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описывать отдельные области культурной карты в соответствии с их особенностями.</w:t>
      </w:r>
    </w:p>
    <w:p w14:paraId="2B8E9292" w14:textId="77777777" w:rsidR="00FF7061" w:rsidRPr="00791859" w:rsidRDefault="00791859">
      <w:pPr>
        <w:autoSpaceDE w:val="0"/>
        <w:autoSpaceDN w:val="0"/>
        <w:spacing w:before="178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Тема 32. Единство страны — залог будущего России</w:t>
      </w:r>
    </w:p>
    <w:p w14:paraId="1799C2A2" w14:textId="77777777" w:rsidR="00FF7061" w:rsidRPr="00791859" w:rsidRDefault="00791859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14:paraId="00CC814B" w14:textId="77777777" w:rsidR="00FF7061" w:rsidRPr="00791859" w:rsidRDefault="0079185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4088D5D0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304" w:right="748" w:bottom="998" w:left="846" w:header="720" w:footer="720" w:gutter="0"/>
          <w:cols w:space="720" w:equalWidth="0">
            <w:col w:w="10306" w:space="0"/>
          </w:cols>
          <w:docGrid w:linePitch="360"/>
        </w:sectPr>
      </w:pPr>
    </w:p>
    <w:p w14:paraId="5C7F75E9" w14:textId="77777777" w:rsidR="00FF7061" w:rsidRPr="00791859" w:rsidRDefault="00FF7061">
      <w:pPr>
        <w:autoSpaceDE w:val="0"/>
        <w:autoSpaceDN w:val="0"/>
        <w:spacing w:after="64" w:line="220" w:lineRule="exact"/>
        <w:rPr>
          <w:lang w:val="ru-RU"/>
        </w:rPr>
      </w:pPr>
    </w:p>
    <w:p w14:paraId="20DB5FC9" w14:textId="77777777" w:rsidR="00FF7061" w:rsidRDefault="0079185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04"/>
        <w:gridCol w:w="3986"/>
        <w:gridCol w:w="1080"/>
        <w:gridCol w:w="4288"/>
      </w:tblGrid>
      <w:tr w:rsidR="00FF7061" w14:paraId="34AE01D1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66A54" w14:textId="77777777" w:rsidR="00FF7061" w:rsidRDefault="0079185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9D6DA" w14:textId="77777777" w:rsidR="00FF7061" w:rsidRPr="00791859" w:rsidRDefault="007918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46E31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543786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F4D5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77176" w14:textId="77777777" w:rsidR="00FF7061" w:rsidRDefault="0079185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4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88CCA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FF7061" w14:paraId="7FF508E7" w14:textId="777777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8000" w14:textId="77777777" w:rsidR="00FF7061" w:rsidRDefault="00FF7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4802" w14:textId="77777777" w:rsidR="00FF7061" w:rsidRDefault="00FF706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E3D8F" w14:textId="77777777" w:rsidR="00FF7061" w:rsidRDefault="007918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5C5FB4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0648C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EE67" w14:textId="77777777" w:rsidR="00FF7061" w:rsidRDefault="00FF7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D150" w14:textId="77777777" w:rsidR="00FF7061" w:rsidRDefault="00FF7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D97A" w14:textId="77777777" w:rsidR="00FF7061" w:rsidRDefault="00FF7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2157" w14:textId="77777777" w:rsidR="00FF7061" w:rsidRDefault="00FF7061"/>
        </w:tc>
      </w:tr>
      <w:tr w:rsidR="00FF7061" w:rsidRPr="007079B2" w14:paraId="62652D49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3815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1. «Россия — наш общий дом»</w:t>
            </w:r>
          </w:p>
        </w:tc>
      </w:tr>
      <w:tr w:rsidR="00FF7061" w14:paraId="3AC660B2" w14:textId="77777777" w:rsidTr="001C4EE3">
        <w:trPr>
          <w:trHeight w:hRule="exact" w:val="12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72528" w14:textId="77777777" w:rsidR="00FF7061" w:rsidRPr="000F7243" w:rsidRDefault="00791859">
            <w:pPr>
              <w:autoSpaceDE w:val="0"/>
              <w:autoSpaceDN w:val="0"/>
              <w:spacing w:before="80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94EFE" w14:textId="77777777" w:rsidR="00FF7061" w:rsidRPr="000F7243" w:rsidRDefault="00791859">
            <w:pPr>
              <w:autoSpaceDE w:val="0"/>
              <w:autoSpaceDN w:val="0"/>
              <w:spacing w:before="80" w:after="0" w:line="250" w:lineRule="auto"/>
              <w:ind w:left="7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Зачем изучать курс «Основы духовно-нравственной </w:t>
            </w:r>
            <w:r w:rsidRPr="000F7243">
              <w:rPr>
                <w:sz w:val="20"/>
                <w:szCs w:val="20"/>
                <w:lang w:val="ru-RU"/>
              </w:rPr>
              <w:br/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культуры народов России»?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8297C" w14:textId="77777777" w:rsidR="00FF7061" w:rsidRPr="000F7243" w:rsidRDefault="00791859">
            <w:pPr>
              <w:autoSpaceDE w:val="0"/>
              <w:autoSpaceDN w:val="0"/>
              <w:spacing w:before="80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C5145" w14:textId="77777777" w:rsidR="00FF7061" w:rsidRPr="000F7243" w:rsidRDefault="00791859">
            <w:pPr>
              <w:autoSpaceDE w:val="0"/>
              <w:autoSpaceDN w:val="0"/>
              <w:spacing w:before="80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66D22" w14:textId="77777777" w:rsidR="00FF7061" w:rsidRPr="000F7243" w:rsidRDefault="00791859">
            <w:pPr>
              <w:autoSpaceDE w:val="0"/>
              <w:autoSpaceDN w:val="0"/>
              <w:spacing w:before="80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55325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38935" w14:textId="77777777" w:rsidR="00FF7061" w:rsidRPr="00791859" w:rsidRDefault="00791859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об особенностях курса«Основы духовно-нравственной культуры народов России»;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и понимать объяснения учителя по теме урока; вести самостоятельную работу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39D22" w14:textId="77777777" w:rsidR="00FF7061" w:rsidRDefault="00791859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FE3E4" w14:textId="77777777" w:rsidR="00FF7061" w:rsidRDefault="00791859">
            <w:pPr>
              <w:autoSpaceDE w:val="0"/>
              <w:autoSpaceDN w:val="0"/>
              <w:spacing w:before="80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https://infourok.ru/prezentaciya-po-odnknr-vvedenie-5358216.html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https://resh.edu.ru/subject/lesson/2919/start/</w:t>
            </w:r>
          </w:p>
        </w:tc>
      </w:tr>
      <w:tr w:rsidR="00FF7061" w14:paraId="69BBDFBC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84F59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8FC80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Наш дом — Россия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B74F1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23576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9EFFF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8D47E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CAADC" w14:textId="77777777" w:rsidR="00FF7061" w:rsidRPr="00791859" w:rsidRDefault="0079185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формировать представление о необходимости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важности межнационального и межрелигиозного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сотрудничества, взаимодействия;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37F88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0546D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https://resh.edu.ru/special-course/1/1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https://uchebnik.mos.ru/material_view/atomic_objects/10759242?</w:t>
            </w:r>
          </w:p>
          <w:p w14:paraId="7703D97F" w14:textId="77777777" w:rsidR="00FF7061" w:rsidRDefault="00791859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FF7061" w14:paraId="34B99531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3203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7AD8E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Язык и история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9F6A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93FBC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EF6EC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39D98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18C3C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представления о языке как носителе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духовно-нравственных смыслов культуры;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особенности коммуникативной роли языка; слушать и анализировать выступления одноклассников, отбирать и сравнивать учебный материал по нескольким источникам;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DC698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8852B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11E3BFA4" w14:textId="77777777">
        <w:trPr>
          <w:trHeight w:hRule="exact" w:val="111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D5915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1.4.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F6422" w14:textId="77777777" w:rsidR="00FF7061" w:rsidRPr="000F7243" w:rsidRDefault="0079185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Русский язык — язык общения и язык </w:t>
            </w:r>
            <w:r w:rsidRPr="000F7243">
              <w:rPr>
                <w:sz w:val="20"/>
                <w:szCs w:val="20"/>
                <w:lang w:val="ru-RU"/>
              </w:rPr>
              <w:br/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возможностей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1163D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EEA3E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D1C52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460C9" w14:textId="77777777" w:rsidR="00FF7061" w:rsidRDefault="00FF7061"/>
        </w:tc>
        <w:tc>
          <w:tcPr>
            <w:tcW w:w="39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1E78C" w14:textId="77777777" w:rsidR="00FF7061" w:rsidRPr="00791859" w:rsidRDefault="007918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русском языке как языке межнационального общения;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стараясь выделить главное; объяснять наблюдаемые в практике изучения языка явления;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CA83F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EF502D" w14:textId="77777777" w:rsidR="00FF7061" w:rsidRDefault="007918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67A9E5A1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BC2A1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1.5.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68257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Истоки родной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31400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34062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9B729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46548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E3647" w14:textId="77777777" w:rsidR="00FF7061" w:rsidRPr="00791859" w:rsidRDefault="0079185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том, что такое культура, об общих чертах в  культуре разных народов;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и понимать объяснения учителя по теме урока; выполнять задания на понимание и разграничение понятий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50155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1006A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1E83F56A" w14:textId="77777777">
        <w:trPr>
          <w:trHeight w:hRule="exact" w:val="12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B4CE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1.6.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1CD40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Материальная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BE4FE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CCED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7335E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A7842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47762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традиционных укладах жизни разных народов;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и анализировать выступления одноклассников; работать с учебником, анализировать проблемные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4CABC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269DD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4B2A57B5" w14:textId="77777777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AAAD7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1.7.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8D0F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Духовная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E4C1C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A144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17E73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E0E82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F6FC9" w14:textId="77777777" w:rsidR="00FF7061" w:rsidRPr="00791859" w:rsidRDefault="007918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духовной культуре разных народов;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взаимосвязь между проявлениями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материальной и духовной культуры;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задания на понимание и разграничение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понятий по теме;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учиться работать с текстом и зри тельным рядом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054B4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E3956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14:paraId="32738ED3" w14:textId="77777777" w:rsidR="00FF7061" w:rsidRDefault="00FF7061">
      <w:pPr>
        <w:autoSpaceDE w:val="0"/>
        <w:autoSpaceDN w:val="0"/>
        <w:spacing w:after="0" w:line="14" w:lineRule="exact"/>
      </w:pPr>
    </w:p>
    <w:p w14:paraId="163B1251" w14:textId="77777777" w:rsidR="00FF7061" w:rsidRDefault="00FF7061">
      <w:pPr>
        <w:sectPr w:rsidR="00FF7061">
          <w:pgSz w:w="16840" w:h="11900"/>
          <w:pgMar w:top="282" w:right="640" w:bottom="56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33A62D9" w14:textId="77777777" w:rsidR="00FF7061" w:rsidRDefault="00FF7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04"/>
        <w:gridCol w:w="3986"/>
        <w:gridCol w:w="1080"/>
        <w:gridCol w:w="4288"/>
      </w:tblGrid>
      <w:tr w:rsidR="00FF7061" w14:paraId="2EEF58BE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F0C3B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1.8.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4EE6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Культура и религия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ABD6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03BE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61A6D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B2D2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8F95B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понятии «религия», понимать и уметь объяснять, в чём заключается связь культуры и религии;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2F472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891D5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2F54F597" w14:textId="7777777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C4BFD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1.9.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F00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Культура и образование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3B1C1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70CF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8F6A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B7B33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22A24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 понятия «образование», уметь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важность и необходимость образования для общества;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отбирать и сравнивать учебные материалы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7A662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6C875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2106C23B" w14:textId="77777777" w:rsidTr="001C4EE3">
        <w:trPr>
          <w:trHeight w:hRule="exact" w:val="11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E6776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1.10.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41040" w14:textId="77777777" w:rsidR="00FF7061" w:rsidRPr="000F7243" w:rsidRDefault="0079185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Многообразие культур России (</w:t>
            </w:r>
            <w:r w:rsidRPr="000F7243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06727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21F55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8C364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CA00E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512EE" w14:textId="77777777" w:rsidR="00FF7061" w:rsidRPr="00791859" w:rsidRDefault="0079185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отбирать материал по нескольким источникам, готовить доклады, работать с научно-популярной литературой; слушать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3DFC5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C61F5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:rsidRPr="007079B2" w14:paraId="51AA866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61D30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2. «Семья и духовно-нравственные ценности»</w:t>
            </w:r>
          </w:p>
        </w:tc>
      </w:tr>
      <w:tr w:rsidR="00FF7061" w14:paraId="4409E610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37165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1DDD9" w14:textId="4DF9BE06" w:rsidR="00FF7061" w:rsidRPr="000F7243" w:rsidRDefault="0079185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Семья</w:t>
            </w:r>
            <w:r w:rsidR="001C4EE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- 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хранитель духовных ценностей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8A379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44A65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7050B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956AD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F2953" w14:textId="77777777" w:rsidR="00FF7061" w:rsidRPr="00791859" w:rsidRDefault="007918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семья, формировать представление о взаимосвязях между типом культуры и особенностями семейного уклада у разных народов;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значение термина «поколение»;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задачи;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1465F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56FAB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71182E29" w14:textId="777777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BBFB7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86A96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Родина начинается с семьи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D605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57225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8EA6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56016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410B3" w14:textId="77777777" w:rsidR="00FF7061" w:rsidRPr="00791859" w:rsidRDefault="00791859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как и почему история каждой семьи тесно связана с историей страны, народа;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разграничивать понятия по теме,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15B4C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85C41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0830B131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FC12C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28C93" w14:textId="77777777" w:rsidR="00FF7061" w:rsidRPr="000F7243" w:rsidRDefault="0079185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Традиции семейного воспитания 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7CA34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50ED2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677A4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90E4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B4B27" w14:textId="77777777" w:rsidR="00FF7061" w:rsidRPr="00791859" w:rsidRDefault="0079185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традиция, уметь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традициях своей семьи, семейных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традициях своего народа и других народов России; уметь объяснять и разграничивать основные понятия по теме;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просматривать и анализировать учебные фильмы,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раздаточным материалом;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5EE638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B2BE05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434D3E2D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A638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2.4.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989A11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Образ семьи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5B533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46B6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9230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106C7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DCE38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фольклорные сюжеты о семье, семейных ценностях;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понимать морально-нравственное значение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семьи;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работать с научно-популярной литературой,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просматривать и анализировать учебные фильмы,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D1095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226F3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7C260F53" w14:textId="77777777">
        <w:trPr>
          <w:trHeight w:hRule="exact" w:val="117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70E9B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2.5.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80402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Труд в истории семьи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1EA74E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5286F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D2702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E34CC" w14:textId="77777777" w:rsidR="00FF7061" w:rsidRDefault="00FF7061"/>
        </w:tc>
        <w:tc>
          <w:tcPr>
            <w:tcW w:w="39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C2B02" w14:textId="77777777" w:rsidR="00FF7061" w:rsidRPr="00791859" w:rsidRDefault="007918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«семейный труд», сознавать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важного общего семейного труда для укрепления целостности семьи;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самостоятельно работать с учебником;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CEB4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8CDA6" w14:textId="77777777" w:rsidR="00FF7061" w:rsidRDefault="007918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14:paraId="5B26E1EE" w14:textId="77777777" w:rsidR="00FF7061" w:rsidRDefault="00FF7061">
      <w:pPr>
        <w:autoSpaceDE w:val="0"/>
        <w:autoSpaceDN w:val="0"/>
        <w:spacing w:after="0" w:line="14" w:lineRule="exact"/>
      </w:pPr>
    </w:p>
    <w:p w14:paraId="7DB64E2F" w14:textId="77777777" w:rsidR="00FF7061" w:rsidRDefault="00FF7061">
      <w:pPr>
        <w:sectPr w:rsidR="00FF7061">
          <w:pgSz w:w="16840" w:h="11900"/>
          <w:pgMar w:top="284" w:right="640" w:bottom="79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5E26266" w14:textId="77777777" w:rsidR="00FF7061" w:rsidRDefault="00FF7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04"/>
        <w:gridCol w:w="3986"/>
        <w:gridCol w:w="1080"/>
        <w:gridCol w:w="4288"/>
      </w:tblGrid>
      <w:tr w:rsidR="00FF7061" w14:paraId="0FB56601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5D0AC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2.6.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834CB8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Семья в современном мире (</w:t>
            </w:r>
            <w:r w:rsidRPr="000F7243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320C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AE899B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E1C213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DF004F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B363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почему важно изучать и хранить историю своей семьи, передавать её следующим поколениям; готовить доклад, сообщение; создавать семейное древо; отбирать и сравнивать материал из нескольких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DAAE3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1C312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:rsidRPr="007079B2" w14:paraId="339DAB35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6ED6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3. «Духовно-нравственное богатство личности»</w:t>
            </w:r>
          </w:p>
        </w:tc>
      </w:tr>
      <w:tr w:rsidR="00FF7061" w14:paraId="3C5245CB" w14:textId="77777777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DEB97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3E9CF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Личность  — общество  —культура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D578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3D220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0E7AD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648759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967AD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знать, что такое гуманизм, понимать, что делает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человека человеком и какие проявления людей можно назвать гуманными;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уметь разграничивать понятия, осваивать смысловое чтение (решать текстовые задачи);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4BEA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C1158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5AF5DB5E" w14:textId="77777777">
        <w:trPr>
          <w:trHeight w:hRule="exact" w:val="11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C5B02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C2288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Духовный мир человека.</w:t>
            </w:r>
          </w:p>
          <w:p w14:paraId="32D5AE33" w14:textId="19FA9A26" w:rsidR="00FF7061" w:rsidRPr="000F7243" w:rsidRDefault="00791859" w:rsidP="000F7243">
            <w:pPr>
              <w:autoSpaceDE w:val="0"/>
              <w:autoSpaceDN w:val="0"/>
              <w:spacing w:before="18" w:after="0" w:line="233" w:lineRule="auto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Человек</w:t>
            </w:r>
            <w:r w:rsidR="001C4EE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- 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творец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88987E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EFBED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3B159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7A615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B4C1E" w14:textId="77777777" w:rsidR="00FF7061" w:rsidRPr="00791859" w:rsidRDefault="0079185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значение слова «человек» в контексте духовно- нравственной культуры;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уметь понимать и разграничивать основные понятия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40897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A8610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3B4E73D6" w14:textId="7777777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D90E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C82AC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Личность и духовно-</w:t>
            </w:r>
            <w:r w:rsidRPr="000F7243">
              <w:rPr>
                <w:sz w:val="20"/>
                <w:szCs w:val="20"/>
                <w:lang w:val="ru-RU"/>
              </w:rPr>
              <w:br/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нравственные ценности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8DE663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C3F01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9D771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AC7DF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263DE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мораль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нравственность, любовь к близким;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примерах важность таких ценностей как взаимопомощь, сострадание, милосердие, любовь,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дружба и др.;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разграничивать и определять основные понятия, решать текстовые задачи, работать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E1BC8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CA339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:rsidRPr="007079B2" w14:paraId="6B0FCFBE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EA013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4. «Культурное единство России»</w:t>
            </w:r>
          </w:p>
        </w:tc>
      </w:tr>
      <w:tr w:rsidR="00FF7061" w14:paraId="4EAEF81E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199DE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8BE94" w14:textId="77777777" w:rsidR="00FF7061" w:rsidRPr="000F7243" w:rsidRDefault="0079185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Историческая память как духовно-нравственная </w:t>
            </w:r>
            <w:r w:rsidRPr="000F7243">
              <w:rPr>
                <w:sz w:val="20"/>
                <w:szCs w:val="20"/>
                <w:lang w:val="ru-RU"/>
              </w:rPr>
              <w:br/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ценность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400F1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4FAD6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7C30D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52A55C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9E99E2" w14:textId="77777777" w:rsidR="00FF7061" w:rsidRPr="00791859" w:rsidRDefault="007918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смысл термина «история», понимать важность изучения истории;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историческая память, как история каждой семьи связана с историей страны; работать с учебником, выделять и определять основные понятия, слушать и анализировать выступления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23651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A7248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31DBDFD6" w14:textId="7777777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16713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C0503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Литература как язык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3E5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CAAD2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0DD65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690C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CC6DB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литературы, её отличия от других видов художественного творчества;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средства выражения духовного мира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человека, его морали и нравственности в произведениях литературы;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художественной литературой, изучать и анализировать источники;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57CB4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DC141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213F54FC" w14:textId="77777777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6ED15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21E62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Взаимовлияние культур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49B0C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D0887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D15E8" w14:textId="77777777" w:rsidR="00FF7061" w:rsidRPr="000F7243" w:rsidRDefault="0079185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E5095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61BCD" w14:textId="77777777" w:rsidR="00FF7061" w:rsidRPr="00791859" w:rsidRDefault="007918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представление о значении терминов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«взаимодействие культур», «культурный обмен»;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сохранения культурного наследия;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понимать и разграничивать понятия, отбирать и сравнивать материал по нескольким источникам;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55FBD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6AE72" w14:textId="77777777" w:rsidR="00FF7061" w:rsidRDefault="007918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14:paraId="15AC0DE8" w14:textId="77777777" w:rsidR="00FF7061" w:rsidRDefault="00FF7061">
      <w:pPr>
        <w:autoSpaceDE w:val="0"/>
        <w:autoSpaceDN w:val="0"/>
        <w:spacing w:after="0" w:line="14" w:lineRule="exact"/>
      </w:pPr>
    </w:p>
    <w:p w14:paraId="049E4644" w14:textId="77777777" w:rsidR="00FF7061" w:rsidRDefault="00FF7061">
      <w:pPr>
        <w:sectPr w:rsidR="00FF7061">
          <w:pgSz w:w="16840" w:h="11900"/>
          <w:pgMar w:top="284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6FA4F08" w14:textId="77777777" w:rsidR="00FF7061" w:rsidRDefault="00FF7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04"/>
        <w:gridCol w:w="3986"/>
        <w:gridCol w:w="1080"/>
        <w:gridCol w:w="4288"/>
      </w:tblGrid>
      <w:tr w:rsidR="00FF7061" w14:paraId="4DD00820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6C5D1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4.4.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FA994" w14:textId="77777777" w:rsidR="00FF7061" w:rsidRPr="000F7243" w:rsidRDefault="0079185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Духовно-нравственные ценности российского народа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99DFC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E92E7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6974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5BC09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5ED1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значение основных понятий,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отражающих духовно-нравственные ценности;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их и защищать в качестве базовых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общегражданских ценностей российского общества; слушать объяснения учителя, работать с учебником (смысловое чтение);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13E95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D5FD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70921D71" w14:textId="77777777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49CD3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4.5.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12564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Регионы России: культурное многообразие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5445E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A307D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3247E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BE3FE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6689C" w14:textId="77777777" w:rsidR="00FF7061" w:rsidRPr="00791859" w:rsidRDefault="0079185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принципы федеративного устройства России, объяснять понятие «полиэтничность»;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ценность многообразия культурных укладов народов России;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рассказывать о культурном своеобразии своей малой родины;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и анализировать выступления одноклассников, работать с источниками;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7DA47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D92B6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5C0C354C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06346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4.6.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D4B92" w14:textId="77777777" w:rsidR="00FF7061" w:rsidRPr="000F7243" w:rsidRDefault="0079185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Праздники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90365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40DFD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963A5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0AEBF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CAE54" w14:textId="77777777" w:rsidR="00FF7061" w:rsidRPr="00791859" w:rsidRDefault="0079185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«народный праздник»; уметь рассказывать о праздничных традициях разных народов и своей семьи;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нравственный смысл народного праздника;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8974B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A0FCBA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0B0D177A" w14:textId="77777777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59A9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4.7.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9A2D2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Памятники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430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1581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D2254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ABE4A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30B8E" w14:textId="77777777" w:rsidR="00FF7061" w:rsidRPr="00791859" w:rsidRDefault="007918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связь между историей памятника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историей края;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памятники истории и культуры;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нравственный и научный смысл краеведческой работы;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популярной литературой, просматривать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F0501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FB69B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58CF283C" w14:textId="77777777">
        <w:trPr>
          <w:trHeight w:hRule="exact" w:val="15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A5B85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4.8.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5B9A3" w14:textId="77777777" w:rsidR="00FF7061" w:rsidRPr="000F7243" w:rsidRDefault="0079185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Музыкальная культура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CF5E28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C0A5C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63F7E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E96F9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28BE7" w14:textId="77777777" w:rsidR="00FF7061" w:rsidRPr="00791859" w:rsidRDefault="00791859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музыки как вида искусства; знать и называть основные темы музыкального творчества народов России, понимать, как история народа отражается в его музыке;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работать с научно-популярной литературой, просматривать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DCE4C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07FC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5E52226E" w14:textId="77777777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76FE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4.9.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C85D3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Изобразительное искусство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6BD21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26DC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A86D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3E99C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C5B0AF" w14:textId="77777777" w:rsidR="00FF7061" w:rsidRPr="00791859" w:rsidRDefault="00791859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особенности изобразительного искусства как вида художественного творчества; понимать и обосновывать важность искусства как формы трансляции культурных ценностей;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называть основные темы искусства народов России;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работать с научно-популярной литературой, просматривать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17E717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93C10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14:paraId="0FFFB007" w14:textId="77777777" w:rsidR="00FF7061" w:rsidRDefault="00FF7061">
      <w:pPr>
        <w:autoSpaceDE w:val="0"/>
        <w:autoSpaceDN w:val="0"/>
        <w:spacing w:after="0" w:line="14" w:lineRule="exact"/>
      </w:pPr>
    </w:p>
    <w:p w14:paraId="5F10BCC1" w14:textId="77777777" w:rsidR="00FF7061" w:rsidRDefault="00FF7061">
      <w:pPr>
        <w:sectPr w:rsidR="00FF7061">
          <w:pgSz w:w="16840" w:h="11900"/>
          <w:pgMar w:top="284" w:right="640" w:bottom="85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0262B81" w14:textId="77777777" w:rsidR="00FF7061" w:rsidRDefault="00FF7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04"/>
        <w:gridCol w:w="3986"/>
        <w:gridCol w:w="1080"/>
        <w:gridCol w:w="4288"/>
      </w:tblGrid>
      <w:tr w:rsidR="00FF7061" w14:paraId="7FF696BE" w14:textId="77777777">
        <w:trPr>
          <w:trHeight w:hRule="exact" w:val="16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FC336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4.10.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0D62B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Фольклор и литература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50AA8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C379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5B6C7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19E25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CF7F0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национальная литература;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показывать на примерах, как произведения фольклора отражают историю народа, его духовно-нравственные ценности;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отбирать и сравнивать материал из нескольких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источников, решать текстовые задачи, слушать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08DD4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DB71C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2E5F3B03" w14:textId="77777777" w:rsidTr="000F7243">
        <w:trPr>
          <w:trHeight w:hRule="exact" w:val="13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1F49B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1A246" w14:textId="77777777" w:rsidR="00FF7061" w:rsidRPr="000F7243" w:rsidRDefault="0079185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Бытовые традиции народов России: пища, одежда, дом (</w:t>
            </w:r>
            <w:r w:rsidRPr="000F7243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B013E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B68A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092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D47F9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F0780" w14:textId="77777777" w:rsidR="00FF7061" w:rsidRPr="00791859" w:rsidRDefault="00791859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отбирать и сравнивать учебный материал по нескольким источникам, решать текстовые задачи, слушать и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выступления одноклассников,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FB702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C84CB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1940A64C" w14:textId="77777777" w:rsidTr="000F7243">
        <w:trPr>
          <w:trHeight w:hRule="exact" w:val="12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679EB6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05D92" w14:textId="77777777" w:rsidR="00FF7061" w:rsidRPr="000F7243" w:rsidRDefault="00791859">
            <w:pPr>
              <w:autoSpaceDE w:val="0"/>
              <w:autoSpaceDN w:val="0"/>
              <w:spacing w:before="76" w:after="0" w:line="245" w:lineRule="auto"/>
              <w:ind w:right="288"/>
              <w:jc w:val="center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Культурная карта России (</w:t>
            </w:r>
            <w:r w:rsidRPr="000F7243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27F61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DA82B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96418" w14:textId="77777777" w:rsidR="00FF7061" w:rsidRPr="000F7243" w:rsidRDefault="0079185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1CAD5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F063F" w14:textId="77777777" w:rsidR="00FF7061" w:rsidRPr="00791859" w:rsidRDefault="0079185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F99EB" w14:textId="77777777" w:rsidR="00FF7061" w:rsidRDefault="0079185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0B01B" w14:textId="77777777" w:rsidR="00FF7061" w:rsidRDefault="007918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0420123F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864B5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C6F4F" w14:textId="2FF922C8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Единство страны</w:t>
            </w:r>
            <w:r w:rsidR="001C4EE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-</w:t>
            </w: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залог будущего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717B2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4D405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67AC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263D7" w14:textId="77777777" w:rsidR="00FF7061" w:rsidRDefault="00FF7061"/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D06B3" w14:textId="77777777" w:rsidR="00FF7061" w:rsidRPr="00791859" w:rsidRDefault="007918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значение общих элементов и черт в культуре разных народов России для обоснования её культурного, экономического единства;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систематизировать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6C177" w14:textId="77777777" w:rsidR="00FF7061" w:rsidRDefault="0079185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8D429" w14:textId="77777777" w:rsidR="00FF7061" w:rsidRDefault="007918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FF7061" w14:paraId="569F6C94" w14:textId="77777777" w:rsidTr="001C4EE3">
        <w:trPr>
          <w:trHeight w:hRule="exact" w:val="582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8BD32" w14:textId="77777777" w:rsidR="00FF7061" w:rsidRPr="000F7243" w:rsidRDefault="007918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F1DDA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9033F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E5391" w14:textId="77777777" w:rsidR="00FF7061" w:rsidRPr="000F7243" w:rsidRDefault="0079185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0F7243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</w:t>
            </w:r>
          </w:p>
        </w:tc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8A6AF" w14:textId="77777777" w:rsidR="00FF7061" w:rsidRDefault="00FF7061"/>
        </w:tc>
      </w:tr>
    </w:tbl>
    <w:p w14:paraId="3D153DE9" w14:textId="77777777" w:rsidR="00FF7061" w:rsidRDefault="00FF7061">
      <w:pPr>
        <w:autoSpaceDE w:val="0"/>
        <w:autoSpaceDN w:val="0"/>
        <w:spacing w:after="0" w:line="14" w:lineRule="exact"/>
      </w:pPr>
    </w:p>
    <w:p w14:paraId="72F4ECCE" w14:textId="77777777" w:rsidR="00FF7061" w:rsidRDefault="00FF7061">
      <w:pPr>
        <w:sectPr w:rsidR="00FF706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92DA0E2" w14:textId="77777777" w:rsidR="00FF7061" w:rsidRDefault="00FF7061">
      <w:pPr>
        <w:autoSpaceDE w:val="0"/>
        <w:autoSpaceDN w:val="0"/>
        <w:spacing w:after="78" w:line="220" w:lineRule="exact"/>
      </w:pPr>
    </w:p>
    <w:p w14:paraId="2681D64B" w14:textId="77777777" w:rsidR="00FF7061" w:rsidRDefault="0079185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1119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366"/>
        <w:gridCol w:w="1164"/>
        <w:gridCol w:w="944"/>
        <w:gridCol w:w="1574"/>
      </w:tblGrid>
      <w:tr w:rsidR="00791859" w14:paraId="16616B63" w14:textId="77777777" w:rsidTr="00791859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6CD11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5F5EC80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7ED6DA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50F55" w14:textId="766EF620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Плановые прохождения темы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C7BCC" w14:textId="409E10CD" w:rsidR="00791859" w:rsidRPr="00791859" w:rsidRDefault="00791859" w:rsidP="00791859">
            <w:pPr>
              <w:autoSpaceDE w:val="0"/>
              <w:autoSpaceDN w:val="0"/>
              <w:spacing w:before="98" w:after="0" w:line="271" w:lineRule="auto"/>
              <w:ind w:right="-126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Фактические сроки(и/или коррекция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1B2E" w14:textId="0265DC2E" w:rsidR="00791859" w:rsidRDefault="0079185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791859" w14:paraId="345F6E4B" w14:textId="77777777" w:rsidTr="00791859">
        <w:trPr>
          <w:trHeight w:hRule="exact" w:val="1470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66DE" w14:textId="77777777" w:rsidR="00791859" w:rsidRDefault="00791859"/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DB42B70" w14:textId="77777777" w:rsidR="00791859" w:rsidRDefault="00791859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F34AE4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CF98E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E5F34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495" w14:textId="77777777" w:rsidR="00791859" w:rsidRDefault="00791859"/>
        </w:tc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89CF" w14:textId="77777777" w:rsidR="00791859" w:rsidRDefault="00791859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4809" w14:textId="11E60599" w:rsidR="00791859" w:rsidRDefault="00791859"/>
        </w:tc>
      </w:tr>
      <w:tr w:rsidR="00791859" w14:paraId="79DA9417" w14:textId="77777777" w:rsidTr="0079185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6F1D0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74785BE" w14:textId="77777777" w:rsidR="00791859" w:rsidRPr="00791859" w:rsidRDefault="007918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Зачем изучать курс «Основы духовно-нравственной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 народов России»?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280F1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9A338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79D58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C1881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4CFE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4D70B" w14:textId="5EC0B220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34343B69" w14:textId="77777777" w:rsidTr="00791859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0210D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5B0E2BD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Наш дом — Россия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73F87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D1A34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2EF9E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F591D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25EA" w14:textId="77777777" w:rsidR="00791859" w:rsidRDefault="00791859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A89C7" w14:textId="055C7E2D" w:rsidR="00791859" w:rsidRDefault="0079185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3FBB5DE9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7F3C0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1AEE6F7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Язык и история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F5FE1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E25E3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045B6" w14:textId="77777777" w:rsidR="00791859" w:rsidRDefault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F4591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4CAC" w14:textId="77777777" w:rsidR="00791859" w:rsidRDefault="00791859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C7542" w14:textId="51F86A3B" w:rsidR="00791859" w:rsidRDefault="0079185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3A2E7DD0" w14:textId="77777777" w:rsidTr="0079185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E9415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4539456" w14:textId="77777777" w:rsidR="00791859" w:rsidRPr="00791859" w:rsidRDefault="00791859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Русский язык — язык общения и язык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возможностей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E959D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E70DE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CBD68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2B0091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B5C5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1A6F2" w14:textId="065A4A44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62FB1FF8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5D9F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41D540F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Истоки родной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9F3D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FAE30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A6F22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64365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86EF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43D93" w14:textId="314D20B5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2CA72711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658B1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98551D9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Духовная культура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1B99C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A9653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C359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3F4F6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5E85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97414" w14:textId="6B016E1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4401524C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27E23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5FDB8B7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 и религия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A42092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23D96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14DFB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94949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AAAD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D5638" w14:textId="03DBD908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11210348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F110B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9FD87E6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 и религия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33F2D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69CE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6D01D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ABEED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C934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B7480" w14:textId="3A9D6D1D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7DB425ED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79E26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FCAEC18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 и образование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0622F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537C85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CACD1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EB81A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1C6C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97FAE" w14:textId="0F86974D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0C893664" w14:textId="77777777" w:rsidTr="00791859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FEEB6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B156819" w14:textId="77777777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Многообразие культур России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778D2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31D3A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52D89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A0B729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25F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F8A4C" w14:textId="43BA1E98" w:rsidR="00791859" w:rsidRDefault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1859" w14:paraId="2756F158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85753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03AB916" w14:textId="77777777" w:rsidR="00791859" w:rsidRDefault="00791859">
            <w:pPr>
              <w:autoSpaceDE w:val="0"/>
              <w:autoSpaceDN w:val="0"/>
              <w:spacing w:before="98" w:after="0" w:line="262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  — хранитель духовных ценностей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B41BA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7A60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49C20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465D01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2024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AC00F" w14:textId="39E02898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00360112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5740A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DF190E1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Родина начинается с семьи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FDB23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6878F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B5B7B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1520E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A3A9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5AACA" w14:textId="0617E584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714E1E68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D3C26B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0D6432A" w14:textId="77777777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Традиции семейного воспитания 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B5E47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C903B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5DC7C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84B9A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C008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92285" w14:textId="0EAF78C4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160F6DE5" w14:textId="77777777" w:rsidTr="007918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170AB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7C37BF" w14:textId="77777777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Традиции семейного воспитания 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37C3D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238E7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DE2CA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2364D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E868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F66D" w14:textId="56ABE206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2B71E554" w14:textId="77777777" w:rsidTr="00791859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7A9CE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03A3CD9" w14:textId="77777777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 семьи в культуре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D11B8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DA53A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85AB8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D049C" w14:textId="77777777" w:rsidR="00791859" w:rsidRDefault="00791859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D6CF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69E41" w14:textId="0C82AAA9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14:paraId="4B778674" w14:textId="77777777" w:rsidR="00FF7061" w:rsidRDefault="00FF7061">
      <w:pPr>
        <w:autoSpaceDE w:val="0"/>
        <w:autoSpaceDN w:val="0"/>
        <w:spacing w:after="0" w:line="14" w:lineRule="exact"/>
      </w:pPr>
    </w:p>
    <w:tbl>
      <w:tblPr>
        <w:tblW w:w="1121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87"/>
        <w:gridCol w:w="734"/>
        <w:gridCol w:w="1620"/>
        <w:gridCol w:w="1368"/>
        <w:gridCol w:w="1134"/>
        <w:gridCol w:w="30"/>
        <w:gridCol w:w="963"/>
        <w:gridCol w:w="1560"/>
        <w:gridCol w:w="17"/>
      </w:tblGrid>
      <w:tr w:rsidR="00791859" w14:paraId="4BE0FEF9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7B062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1E65FD1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 семьи в культуре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6A1F4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FDCFE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DBD77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32C2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FC9F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CFF74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1859" w14:paraId="73B12ED5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27DC9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1C04E01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Труд в истории семьи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D48DD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13196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7FF2A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4C687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DB78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06DCE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6146F229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E87A7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8870FA0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Семья в современном мире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F2DA4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36AF1E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8D0C4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DB1E4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44A2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BB54C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37539D04" w14:textId="77777777" w:rsidTr="00C13967">
        <w:trPr>
          <w:trHeight w:hRule="exact" w:val="8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4E8A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21E661A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Личность  — общество  —культура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FAAAB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336F1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F86B4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F8859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9D2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FDED0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794C9BE6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78EC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C1AC0BD" w14:textId="77777777" w:rsidR="00791859" w:rsidRP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Духовный мир человека.</w:t>
            </w:r>
          </w:p>
          <w:p w14:paraId="6960E5AE" w14:textId="77777777" w:rsidR="00791859" w:rsidRPr="00791859" w:rsidRDefault="00791859" w:rsidP="00791859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— творец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5827F1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11952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557A6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0549F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1F05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1D2B0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791859" w14:paraId="533C0409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5D153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93C1FE9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Личность и духовно-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нравственные ценности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27C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7FDA21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FFFDB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671C32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8761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35D37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44880A2D" w14:textId="77777777" w:rsidTr="00C13967">
        <w:trPr>
          <w:trHeight w:hRule="exact" w:val="116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3AD2E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C7845F" w14:textId="77777777" w:rsidR="00791859" w:rsidRPr="00791859" w:rsidRDefault="00791859" w:rsidP="00791859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Историческая память как духовно-нравственная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ценность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DEF00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6BF93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02585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C4539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061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08DAE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711A802B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B4281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F3326C2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Литература как язык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62966D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1A50C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581D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3160F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0815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CBDCF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58AF80A3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3E6E3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AD504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Взаимовлияние культур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DAE61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477902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A1D4A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2785F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C234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74218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331733B6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6D909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62116B8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</w:t>
            </w:r>
            <w:r w:rsidRPr="00791859">
              <w:rPr>
                <w:lang w:val="ru-RU"/>
              </w:rPr>
              <w:br/>
            </w: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ценности российского народа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72A0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73F89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D5BB0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33E83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FDB0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DF11A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791859" w14:paraId="3DDBE92D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7941D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69E734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Регионы России: культурное многообразие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77CBC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91B59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B2A7A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981FB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5718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6168E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5C131CB3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D47E7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F0C399E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в культуре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B2DED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DBA8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9E0A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C3A11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5805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99A59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2AF9B554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0ED18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9D4AB67" w14:textId="77777777" w:rsidR="00791859" w:rsidRPr="00791859" w:rsidRDefault="00791859" w:rsidP="00791859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Памятники в культуре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067A8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57EB0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9D391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65344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3FA2" w14:textId="77777777" w:rsidR="00791859" w:rsidRDefault="00791859" w:rsidP="00791859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B6DAEE" w14:textId="77777777" w:rsidR="00791859" w:rsidRDefault="00791859" w:rsidP="0079185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4586A62D" w14:textId="77777777" w:rsidTr="00C13967">
        <w:trPr>
          <w:trHeight w:hRule="exact" w:val="8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E1B53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A5B27C0" w14:textId="77777777" w:rsidR="00791859" w:rsidRDefault="00791859" w:rsidP="00791859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Музыкальная культура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0E077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02EC5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EE0A8" w14:textId="77777777" w:rsidR="00791859" w:rsidRDefault="00791859" w:rsidP="007918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D6381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FBF7" w14:textId="77777777" w:rsidR="00791859" w:rsidRDefault="00791859" w:rsidP="00791859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52419" w14:textId="77777777" w:rsidR="00791859" w:rsidRDefault="00791859" w:rsidP="0079185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276B0133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A1F70B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8F5403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Изобразительное искусство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6C9F6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EB828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BD5E9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A1D65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65AF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7DB0A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01FF2A98" w14:textId="77777777" w:rsidTr="00C13967">
        <w:trPr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9D107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31.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C74C8AB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и литература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31AC5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6B875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F1F84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901F1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3F1C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DF6BB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42FBC03E" w14:textId="77777777" w:rsidTr="00C13967">
        <w:trPr>
          <w:trHeight w:hRule="exact" w:val="116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11C7B6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6275755" w14:textId="77777777" w:rsidR="00791859" w:rsidRPr="00791859" w:rsidRDefault="00791859" w:rsidP="0079185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E0390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EB812F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7A1B2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92F74A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C99E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4966D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1859" w14:paraId="6B6E0E31" w14:textId="77777777" w:rsidTr="00C13967">
        <w:trPr>
          <w:trHeight w:hRule="exact" w:val="80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AF30C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21AFC1B" w14:textId="77777777" w:rsidR="00791859" w:rsidRPr="00791859" w:rsidRDefault="00791859" w:rsidP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Культурная карта России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69577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0C13B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1EDD2" w14:textId="77777777" w:rsidR="00791859" w:rsidRDefault="00791859" w:rsidP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D4EA8" w14:textId="77777777" w:rsidR="00791859" w:rsidRDefault="00791859" w:rsidP="00791859"/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53CE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ED855" w14:textId="77777777" w:rsidR="00791859" w:rsidRDefault="00791859" w:rsidP="0079185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1859" w14:paraId="20A23F7A" w14:textId="77777777" w:rsidTr="00C13967">
        <w:trPr>
          <w:gridAfter w:val="1"/>
          <w:wAfter w:w="17" w:type="dxa"/>
          <w:trHeight w:hRule="exact" w:val="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C10BC" w14:textId="77777777" w:rsidR="00791859" w:rsidRDefault="007918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C7AE49A" w14:textId="77777777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Единство страны  — залог будущего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0956D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15A40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0396B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7947D" w14:textId="77777777" w:rsidR="00791859" w:rsidRDefault="00791859"/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B15B" w14:textId="77777777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8585A" w14:textId="72E3FA1A" w:rsidR="00791859" w:rsidRDefault="0079185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91859" w14:paraId="7FA48E77" w14:textId="77777777" w:rsidTr="00C13967">
        <w:trPr>
          <w:gridAfter w:val="1"/>
          <w:wAfter w:w="17" w:type="dxa"/>
          <w:trHeight w:hRule="exact" w:val="808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B69E970" w14:textId="77777777" w:rsidR="00791859" w:rsidRPr="00791859" w:rsidRDefault="0079185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91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D376A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3D385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67274" w14:textId="77777777" w:rsidR="00791859" w:rsidRDefault="007918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D84" w14:textId="7BE6B7E9" w:rsidR="00791859" w:rsidRDefault="00791859"/>
        </w:tc>
      </w:tr>
    </w:tbl>
    <w:p w14:paraId="66FA704D" w14:textId="77777777" w:rsidR="00FF7061" w:rsidRDefault="00FF7061">
      <w:pPr>
        <w:autoSpaceDE w:val="0"/>
        <w:autoSpaceDN w:val="0"/>
        <w:spacing w:after="0" w:line="14" w:lineRule="exact"/>
      </w:pPr>
    </w:p>
    <w:p w14:paraId="30B32A97" w14:textId="77777777" w:rsidR="00FF7061" w:rsidRDefault="00FF7061">
      <w:pPr>
        <w:sectPr w:rsidR="00FF706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475BCEB" w14:textId="77777777" w:rsidR="00FF7061" w:rsidRDefault="00FF7061">
      <w:pPr>
        <w:autoSpaceDE w:val="0"/>
        <w:autoSpaceDN w:val="0"/>
        <w:spacing w:after="78" w:line="220" w:lineRule="exact"/>
      </w:pPr>
    </w:p>
    <w:p w14:paraId="13DD69F3" w14:textId="77777777" w:rsidR="00FF7061" w:rsidRDefault="0079185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30365C4E" w14:textId="77777777" w:rsidR="00FF7061" w:rsidRDefault="0079185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307FEBB0" w14:textId="77777777" w:rsidR="00FF7061" w:rsidRPr="00791859" w:rsidRDefault="00791859">
      <w:pPr>
        <w:autoSpaceDE w:val="0"/>
        <w:autoSpaceDN w:val="0"/>
        <w:spacing w:before="166" w:after="0"/>
        <w:ind w:right="28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Виноградова Н.Ф., Власенко В.И., Поляков А.В., Основы духовно-нравственной культуры народов России, 5 класс. Общество с ограниченной ответственностью «Издательский центр ВЕНТАНА-ГРАФ»; Акционерное общество «Издательство Просвещение»;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36818020" w14:textId="77777777" w:rsidR="00FF7061" w:rsidRPr="00791859" w:rsidRDefault="00791859">
      <w:pPr>
        <w:autoSpaceDE w:val="0"/>
        <w:autoSpaceDN w:val="0"/>
        <w:spacing w:before="262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211D2684" w14:textId="77777777" w:rsidR="00FF7061" w:rsidRPr="00791859" w:rsidRDefault="00791859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Основы духовно-нравственной культуры народов России : 5 класс : методические рекомендации / Н. Ф. Виноградова. — М. : Вентана-Граф.</w:t>
      </w:r>
    </w:p>
    <w:p w14:paraId="765B5617" w14:textId="77777777" w:rsidR="00FF7061" w:rsidRPr="00791859" w:rsidRDefault="00791859">
      <w:pPr>
        <w:autoSpaceDE w:val="0"/>
        <w:autoSpaceDN w:val="0"/>
        <w:spacing w:before="264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52616CE3" w14:textId="18D8B00B" w:rsidR="00FF7061" w:rsidRPr="00791859" w:rsidRDefault="00791859" w:rsidP="00C13967">
      <w:pPr>
        <w:autoSpaceDE w:val="0"/>
        <w:autoSpaceDN w:val="0"/>
        <w:spacing w:before="166" w:after="0" w:line="286" w:lineRule="auto"/>
        <w:ind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special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course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/1 </w:t>
      </w:r>
      <w:r w:rsidRPr="0079185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videouroki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/2-</w:t>
      </w:r>
      <w:r>
        <w:rPr>
          <w:rFonts w:ascii="Times New Roman" w:eastAsia="Times New Roman" w:hAnsi="Times New Roman"/>
          <w:color w:val="000000"/>
          <w:sz w:val="24"/>
        </w:rPr>
        <w:t>kultura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religiya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9185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prezentaciya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religiovedeniyu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temu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semya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hranitel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duhovnyh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cennostej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-5644281.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9185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interneturok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lesson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odnknr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spisok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urokov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semya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hranitel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duhovnyh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tsennostey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uchebnik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mos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/9263032?</w:t>
      </w:r>
      <w:r>
        <w:rPr>
          <w:rFonts w:ascii="Times New Roman" w:eastAsia="Times New Roman" w:hAnsi="Times New Roman"/>
          <w:color w:val="000000"/>
          <w:sz w:val="24"/>
        </w:rPr>
        <w:t>menuReferrer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9185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museums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persons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9185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yaklass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obshchestvoznanie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/6-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obshchestvo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kak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mnogoznachnaia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sistema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-383889/</w:t>
      </w:r>
      <w:r>
        <w:rPr>
          <w:rFonts w:ascii="Times New Roman" w:eastAsia="Times New Roman" w:hAnsi="Times New Roman"/>
          <w:color w:val="000000"/>
          <w:sz w:val="24"/>
        </w:rPr>
        <w:t>sfery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zhizni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obshchestva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-376560/</w:t>
      </w:r>
      <w:r>
        <w:rPr>
          <w:rFonts w:ascii="Times New Roman" w:eastAsia="Times New Roman" w:hAnsi="Times New Roman"/>
          <w:color w:val="000000"/>
          <w:sz w:val="24"/>
        </w:rPr>
        <w:t>re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7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24915-8</w:t>
      </w:r>
      <w:r>
        <w:rPr>
          <w:rFonts w:ascii="Times New Roman" w:eastAsia="Times New Roman" w:hAnsi="Times New Roman"/>
          <w:color w:val="000000"/>
          <w:sz w:val="24"/>
        </w:rPr>
        <w:t>cee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-426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-96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3-8006344964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0</w:t>
      </w:r>
    </w:p>
    <w:p w14:paraId="7E9B1AC0" w14:textId="77777777" w:rsidR="00FF7061" w:rsidRPr="00791859" w:rsidRDefault="00791859">
      <w:pPr>
        <w:autoSpaceDE w:val="0"/>
        <w:autoSpaceDN w:val="0"/>
        <w:spacing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1F5E333C" w14:textId="77777777" w:rsidR="00FF7061" w:rsidRPr="00791859" w:rsidRDefault="00791859">
      <w:pPr>
        <w:autoSpaceDE w:val="0"/>
        <w:autoSpaceDN w:val="0"/>
        <w:spacing w:before="346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7BE04575" w14:textId="77777777" w:rsidR="00FF7061" w:rsidRPr="00791859" w:rsidRDefault="00791859">
      <w:pPr>
        <w:autoSpaceDE w:val="0"/>
        <w:autoSpaceDN w:val="0"/>
        <w:spacing w:before="166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1. Ноутбук.</w:t>
      </w:r>
    </w:p>
    <w:p w14:paraId="65D59057" w14:textId="77777777" w:rsidR="00FF7061" w:rsidRPr="00791859" w:rsidRDefault="00791859">
      <w:pPr>
        <w:autoSpaceDE w:val="0"/>
        <w:autoSpaceDN w:val="0"/>
        <w:spacing w:before="70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2. Плакат с государственной символикой «Гимн РФ».</w:t>
      </w:r>
    </w:p>
    <w:p w14:paraId="4D0F36BE" w14:textId="77777777" w:rsidR="00FF7061" w:rsidRPr="00791859" w:rsidRDefault="00791859">
      <w:pPr>
        <w:autoSpaceDE w:val="0"/>
        <w:autoSpaceDN w:val="0"/>
        <w:spacing w:before="70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3. Плакат с государственной символикой «Флаг РФ».</w:t>
      </w:r>
    </w:p>
    <w:p w14:paraId="5BB3E865" w14:textId="77777777" w:rsidR="00FF7061" w:rsidRPr="00791859" w:rsidRDefault="00791859">
      <w:pPr>
        <w:autoSpaceDE w:val="0"/>
        <w:autoSpaceDN w:val="0"/>
        <w:spacing w:before="70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4. Плакат с государственной символикой «Герб РФ».</w:t>
      </w:r>
    </w:p>
    <w:p w14:paraId="1FE74E93" w14:textId="77777777" w:rsidR="00FF7061" w:rsidRPr="00791859" w:rsidRDefault="00791859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</w:rPr>
        <w:t>DVD</w:t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-диск ООО «Видеостудия «Кварт». Этикет. Трактат для подростков, желающих стать культурными людьми.</w:t>
      </w:r>
    </w:p>
    <w:p w14:paraId="07BE15C1" w14:textId="77777777" w:rsidR="00FF7061" w:rsidRPr="00791859" w:rsidRDefault="00791859">
      <w:pPr>
        <w:autoSpaceDE w:val="0"/>
        <w:autoSpaceDN w:val="0"/>
        <w:spacing w:before="264" w:after="0" w:line="230" w:lineRule="auto"/>
        <w:rPr>
          <w:lang w:val="ru-RU"/>
        </w:rPr>
      </w:pPr>
      <w:r w:rsidRPr="0079185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14:paraId="22553102" w14:textId="77777777" w:rsidR="00FF7061" w:rsidRPr="00791859" w:rsidRDefault="00791859">
      <w:pPr>
        <w:autoSpaceDE w:val="0"/>
        <w:autoSpaceDN w:val="0"/>
        <w:spacing w:before="168" w:after="0" w:line="271" w:lineRule="auto"/>
        <w:ind w:right="8352"/>
        <w:rPr>
          <w:lang w:val="ru-RU"/>
        </w:rPr>
      </w:pP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 w:rsidRPr="00791859">
        <w:rPr>
          <w:lang w:val="ru-RU"/>
        </w:rPr>
        <w:br/>
      </w:r>
      <w:r w:rsidRPr="00791859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14:paraId="3945CD6E" w14:textId="77777777" w:rsidR="00FF7061" w:rsidRPr="00791859" w:rsidRDefault="00FF7061">
      <w:pPr>
        <w:rPr>
          <w:lang w:val="ru-RU"/>
        </w:rPr>
        <w:sectPr w:rsidR="00FF7061" w:rsidRPr="0079185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A8192FB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01C906E3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36D0469F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6C6E81C0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209F9ECA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35DA1E52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61395326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4A95EA08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574C1506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5E33A72C" w14:textId="77777777" w:rsidR="00C13967" w:rsidRDefault="00C13967" w:rsidP="00C1396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color w:val="000000"/>
        </w:rPr>
      </w:pPr>
    </w:p>
    <w:p w14:paraId="45E6B52D" w14:textId="328297B4" w:rsidR="00791859" w:rsidRPr="005D0682" w:rsidRDefault="00791859" w:rsidP="005D0682">
      <w:pPr>
        <w:pStyle w:val="paragraph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sectPr w:rsidR="00791859" w:rsidRPr="005D068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26608" w14:textId="77777777" w:rsidR="008C52A8" w:rsidRDefault="008C52A8" w:rsidP="00791859">
      <w:pPr>
        <w:spacing w:after="0" w:line="240" w:lineRule="auto"/>
      </w:pPr>
      <w:r>
        <w:separator/>
      </w:r>
    </w:p>
  </w:endnote>
  <w:endnote w:type="continuationSeparator" w:id="0">
    <w:p w14:paraId="2AFA2BC9" w14:textId="77777777" w:rsidR="008C52A8" w:rsidRDefault="008C52A8" w:rsidP="0079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9D4FA" w14:textId="77777777" w:rsidR="008C52A8" w:rsidRDefault="008C52A8" w:rsidP="00791859">
      <w:pPr>
        <w:spacing w:after="0" w:line="240" w:lineRule="auto"/>
      </w:pPr>
      <w:r>
        <w:separator/>
      </w:r>
    </w:p>
  </w:footnote>
  <w:footnote w:type="continuationSeparator" w:id="0">
    <w:p w14:paraId="1193AC2C" w14:textId="77777777" w:rsidR="008C52A8" w:rsidRDefault="008C52A8" w:rsidP="00791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7243"/>
    <w:rsid w:val="0012272B"/>
    <w:rsid w:val="0015074B"/>
    <w:rsid w:val="001C4EE3"/>
    <w:rsid w:val="0029639D"/>
    <w:rsid w:val="00326F90"/>
    <w:rsid w:val="005D0682"/>
    <w:rsid w:val="007079B2"/>
    <w:rsid w:val="00791859"/>
    <w:rsid w:val="00832D25"/>
    <w:rsid w:val="008B1F08"/>
    <w:rsid w:val="008C52A8"/>
    <w:rsid w:val="00AA1D8D"/>
    <w:rsid w:val="00B47730"/>
    <w:rsid w:val="00C13967"/>
    <w:rsid w:val="00CB0664"/>
    <w:rsid w:val="00F77333"/>
    <w:rsid w:val="00FC693F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BCE3A"/>
  <w14:defaultImageDpi w14:val="300"/>
  <w15:docId w15:val="{AA331DE7-D0AC-4F27-B9C6-80BAFBC8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">
    <w:name w:val="paragraph"/>
    <w:basedOn w:val="a1"/>
    <w:rsid w:val="00C1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2"/>
    <w:rsid w:val="00C13967"/>
  </w:style>
  <w:style w:type="character" w:customStyle="1" w:styleId="eop">
    <w:name w:val="eop"/>
    <w:basedOn w:val="a2"/>
    <w:rsid w:val="00C13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E99169-17F1-4B51-B0F1-2637DD4D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8779</Words>
  <Characters>50043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a403</cp:lastModifiedBy>
  <cp:revision>10</cp:revision>
  <dcterms:created xsi:type="dcterms:W3CDTF">2013-12-23T23:15:00Z</dcterms:created>
  <dcterms:modified xsi:type="dcterms:W3CDTF">2023-09-27T12:31:00Z</dcterms:modified>
  <cp:category/>
</cp:coreProperties>
</file>